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Merzig, Saarland,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border-town gem on the Saar, where wolf howls drift from forest hillsides and crisp apple cider flows alongside Romanesque spires — a low-key river stop that surprises.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6–8 hrs · 💶 Euro (€) · 🗣️ German (French widely spoken near border)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at the Saarufer riverside pier — no tender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Flat 10–15 min walk (~800 m) along the river path 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Wolf sanctuary, Viez apple cider tasting, Saarschleife loop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Wolfspark Werner Freund and a glass of local Viez at a riverside Biergarten.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are available near the port area. Short rides to the city center or nearby attractions run roughly €5–€15 using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Wolfspark Werner Freund — </w:t>
      </w:r>
      <w:r>
        <w:rPr>
          <w:rFonts w:ascii="Arial" w:hAnsi="Arial" w:cs="Arial"/>
          <w:b w:val="0"/>
          <w:i w:val="0"/>
          <w:sz w:val="20"/>
        </w:rPr>
        <w:t>The world-famous wolf sanctuary founded by researcher Werner Freund houses packs of Arctic, European, and Canadian wolves.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Saarschleife — Germany's Most Famous River Bend — </w:t>
      </w:r>
      <w:r>
        <w:rPr>
          <w:rFonts w:ascii="Arial" w:hAnsi="Arial" w:cs="Arial"/>
          <w:b w:val="0"/>
          <w:i w:val="0"/>
          <w:sz w:val="20"/>
        </w:rPr>
        <w:t>The Saarschleife (Great Saar Loop) near Orscholz is a spectacular horseshoe bend carved by the Saar River, best seen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Peter's Church — Saarland's Largest Romanesque Church — </w:t>
      </w:r>
      <w:r>
        <w:rPr>
          <w:rFonts w:ascii="Arial" w:hAnsi="Arial" w:cs="Arial"/>
          <w:b w:val="0"/>
          <w:i w:val="0"/>
          <w:sz w:val="20"/>
        </w:rPr>
        <w:t>Consecrated in 1205, this late-Romanesque basilica in the old town is the largest preserved Romanesque church in the Saarland…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Viez Tasting &amp; Old Town Stroll — </w:t>
      </w:r>
      <w:r>
        <w:rPr>
          <w:rFonts w:ascii="Arial" w:hAnsi="Arial" w:cs="Arial"/>
          <w:b w:val="0"/>
          <w:i w:val="0"/>
          <w:sz w:val="20"/>
        </w:rPr>
        <w:t>Merzig calls itself the 'Viez Metropolis' — Viez is a tart, dry Saarland apple cider served in traditional stoneware mugs.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Stadtpark &amp; Saline Graduation Tower — </w:t>
      </w:r>
      <w:r>
        <w:rPr>
          <w:rFonts w:ascii="Arial" w:hAnsi="Arial" w:cs="Arial"/>
          <w:b w:val="0"/>
          <w:i w:val="0"/>
          <w:sz w:val="20"/>
        </w:rPr>
        <w:t>A peaceful city park a short walk from the pier features a traditional Saline (graduation tower) where salty water trickles…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Saarufer to Old Town: </w:t>
      </w:r>
      <w:r>
        <w:rPr>
          <w:rFonts w:ascii="Arial" w:hAnsi="Arial" w:cs="Arial"/>
          <w:b w:val="0"/>
          <w:i w:val="0"/>
          <w:sz w:val="20"/>
        </w:rPr>
        <w:t>800 m · 15 min · Flat · Easy — Follow the paved riverside path north from the pier past the Yachthafen marina and Brauhaus…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Stadtpark &amp; Saline Loop: </w:t>
      </w:r>
      <w:r>
        <w:rPr>
          <w:rFonts w:ascii="Arial" w:hAnsi="Arial" w:cs="Arial"/>
          <w:b w:val="0"/>
          <w:i w:val="0"/>
          <w:sz w:val="20"/>
        </w:rPr>
        <w:t>1.2 km · 20 min · Flat · Easy — From the old town, head west into the Stadtpark to find the Saline graduation tower — a quiet…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5:50AM–9:14PM · Jul 5:44AM–9:38PM · Sep 7:12AM–7:48PM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cruiseports.org/merzig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Merzig, Saarland,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rzi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Belvédère « Houfëls »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Bourscheid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Automobile - Conservatoire National de Véhicules Historiques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Military History (MNHM) Asbl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Useldange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General Patton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d'Histoire(s) Diekirch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de départ promenade Château de Turelbaach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