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Mehamn,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windswept Arctic fishing village at the edge of the Barents Sea — gateway to Kinnarodden, the true northernmost tip of mainland Europe, and home to the world's northernmost mainland lighthouse.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30 min–2 hrs (coastal express) · 💵 Norwegian Krone (NOK) · 🗣️ Norwegian · ☀️ Midnight sun: May 12 – Jul 31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Mehamn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is compact; pier is steps from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wilderness, birdwatching, deep-sea fishing, midnight sun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Cape Nordkinn (Kinnarodden) — the true northernmost point of mainland Europe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(book ahead) — A limited local taxi service operates in Mehamn (approx. +47 95 55 85 00). Advance booking is strongly recommended as 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Cape Nordkinn (Kinnarodden) — </w:t>
      </w:r>
      <w:r>
        <w:rPr>
          <w:rFonts w:ascii="Arial" w:hAnsi="Arial" w:cs="Arial"/>
          <w:b w:val="0"/>
          <w:i w:val="0"/>
          <w:sz w:val="20"/>
        </w:rPr>
        <w:t>Kinnarodden is the true northernmost point of mainland Europe — sitting further north than the famous North 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 Safari by Boat — </w:t>
      </w:r>
      <w:r>
        <w:rPr>
          <w:rFonts w:ascii="Arial" w:hAnsi="Arial" w:cs="Arial"/>
          <w:b w:val="0"/>
          <w:i w:val="0"/>
          <w:sz w:val="20"/>
        </w:rPr>
        <w:t>Guided boat safaris explore the dramatic sea cliffs around the Nordkyn Peninsula, where puffins, sea eagles, kittiwakes,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Slettnes Lighthouse &amp; Nature Reserve — </w:t>
      </w:r>
      <w:r>
        <w:rPr>
          <w:rFonts w:ascii="Arial" w:hAnsi="Arial" w:cs="Arial"/>
          <w:b w:val="0"/>
          <w:i w:val="0"/>
          <w:sz w:val="20"/>
        </w:rPr>
        <w:t>A short drive to nearby Gamvik brings you to Slettnes Lighthouse — the world's northernmost mainland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Deep-Sea Fishing — </w:t>
      </w:r>
      <w:r>
        <w:rPr>
          <w:rFonts w:ascii="Arial" w:hAnsi="Arial" w:cs="Arial"/>
          <w:b w:val="0"/>
          <w:i w:val="0"/>
          <w:sz w:val="20"/>
        </w:rPr>
        <w:t>The cold Barents Sea waters around Mehamn are rich with cod, halibut, and other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Gamvik Museum — </w:t>
      </w:r>
      <w:r>
        <w:rPr>
          <w:rFonts w:ascii="Arial" w:hAnsi="Arial" w:cs="Arial"/>
          <w:b w:val="0"/>
          <w:i w:val="0"/>
          <w:sz w:val="20"/>
        </w:rPr>
        <w:t>A short drive away in the village of Gamvik, this museum explores coastal Sami culture, Arctic fishing traditions, and life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Stroll — Quay to Church: </w:t>
      </w:r>
      <w:r>
        <w:rPr>
          <w:rFonts w:ascii="Arial" w:hAnsi="Arial" w:cs="Arial"/>
          <w:b w:val="0"/>
          <w:i w:val="0"/>
          <w:sz w:val="20"/>
        </w:rPr>
        <w:t>Easy • 20–30 min • Flat — From the pier, walk up through the compact village to Mehamn Church for views over the Mehamnfjord…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5:19AM–6:45PM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cruiseports.org/mehamn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