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Mazatlán, Sinaloa,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Mexico's Pearl of the Pacific delivers the full package: a beautifully restored colonial old town, sweeping malecón walks, island beaches a short boat ride away, and one of the world's highest natural lighthouses looming over it 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Mexican Peso (USD accepted but peso better) · 🗣️ Spanish (some English in tourist zones)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Commercial pier — ships dock directly,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min on foot following Blue Line, or 10-min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beach days, pulmonia rides,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Plazuela Machado, El Faro hike, Stone Island boat trip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$8–$12 USD — Fixed-rate taxis wait at the cruise terminal. Agree on the fare before departing — drivers do not use meters. Cash (USD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Mazatlán &amp; Plazuela Machado — </w:t>
      </w:r>
      <w:r>
        <w:rPr>
          <w:rFonts w:ascii="Arial" w:hAnsi="Arial" w:cs="Arial"/>
          <w:b w:val="0"/>
          <w:i w:val="0"/>
          <w:sz w:val="20"/>
        </w:rPr>
        <w:t>Stroll cobblestone streets past restored 19th-century facades to Plazuela Machado — the lively heart of the historic district…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Faro Lighthouse Hike — </w:t>
      </w:r>
      <w:r>
        <w:rPr>
          <w:rFonts w:ascii="Arial" w:hAnsi="Arial" w:cs="Arial"/>
          <w:b w:val="0"/>
          <w:i w:val="0"/>
          <w:sz w:val="20"/>
        </w:rPr>
        <w:t>Hike 1.4 miles up Cerro del Crestón to one of the highest natural lighthouses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Stone Island (Isla de la Piedra) — </w:t>
      </w:r>
      <w:r>
        <w:rPr>
          <w:rFonts w:ascii="Arial" w:hAnsi="Arial" w:cs="Arial"/>
          <w:b w:val="0"/>
          <w:i w:val="0"/>
          <w:sz w:val="20"/>
        </w:rPr>
        <w:t>A short panga (boat) ride from the port lands you on a long, uncrowded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Deer Island (Isla de Venados) — </w:t>
      </w:r>
      <w:r>
        <w:rPr>
          <w:rFonts w:ascii="Arial" w:hAnsi="Arial" w:cs="Arial"/>
          <w:b w:val="0"/>
          <w:i w:val="0"/>
          <w:sz w:val="20"/>
        </w:rPr>
        <w:t>Part of an ecological reserve, Deer Island has clear water for snorkeling and unspoiled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 Divers &amp; Malecón — </w:t>
      </w:r>
      <w:r>
        <w:rPr>
          <w:rFonts w:ascii="Arial" w:hAnsi="Arial" w:cs="Arial"/>
          <w:b w:val="0"/>
          <w:i w:val="0"/>
          <w:sz w:val="20"/>
        </w:rPr>
        <w:t>Watch local divers plunge into the Pacific from the rocky shoreline — a Mazatlán tradition.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Line: Port to Plazuela Machado: </w:t>
      </w:r>
      <w:r>
        <w:rPr>
          <w:rFonts w:ascii="Arial" w:hAnsi="Arial" w:cs="Arial"/>
          <w:b w:val="0"/>
          <w:i w:val="0"/>
          <w:sz w:val="20"/>
        </w:rPr>
        <w:t>1.5 km · 20 min · Flat — Follow the blue tile line embedded in the pavement from the cruise terminal gate through the city…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Loop: </w:t>
      </w:r>
      <w:r>
        <w:rPr>
          <w:rFonts w:ascii="Arial" w:hAnsi="Arial" w:cs="Arial"/>
          <w:b w:val="0"/>
          <w:i w:val="0"/>
          <w:sz w:val="20"/>
        </w:rPr>
        <w:t>2 km · 45-60 min · Easy (cobblestones) — From Plazuela Machado, walk to the Angela Peralta Theater (just off the plaza), then north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5:24AM–6:39PM · Jul 5:29AM–6:54PM · Sep 5:52AM–6:08PM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cruiseports.org/mazatlan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Mazatlán, Sinaloa,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zatl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Monumento a Pedro Infante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del Marino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MonteCarlo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de Mazatlán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El Rincón de Pedro Infante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Bibi Fleet Sportfishing - Pesca Deportiva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Nidart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Mazagua Water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