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Matsuyama, Ehime,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Ehime Prefecture and Shikoku's largest city, Matsuyama pairs one of Japan's last original feudal castles with the ancient hot springs that inspired Studio Ghibli's Spirited Away — a rare port where history soaks right into the pavement.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(Matsuyama Gaiko) · 🕒 Typical call: 8-10 hrs · 💴 Japanese Yen (JPY) — carry cash · 🗣️ Japanese (some English at tourist sites) · 🚃 Vintage streetcar network in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Matsuyama Outer Port (Gaiko), ~8 km west of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walkable; shuttle bus or taxi to Okaido (~15–20 min, ¥3,000–4,000)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history, hot springs, Japanese street food, castle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Dogo Onsen Honkan (fully reopened July 2024) and Matsuyama Castle ropeway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¥2,490–¥3,220 — Taxis are readily available at the port and take 20–25 minutes to the city center. Fares range from ¥2,490 to JR Matsuya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Matsuyama Castle &amp; Ropeway — </w:t>
      </w:r>
      <w:r>
        <w:rPr>
          <w:rFonts w:ascii="Arial" w:hAnsi="Arial" w:cs="Arial"/>
          <w:b w:val="0"/>
          <w:i w:val="0"/>
          <w:sz w:val="20"/>
        </w:rPr>
        <w:t>One of only 12 original castles surviving in Japan (built 1854), Matsuyama Castle crowns Mount Katsuyama with panoramic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Dogo Onsen Honkan — </w:t>
      </w:r>
      <w:r>
        <w:rPr>
          <w:rFonts w:ascii="Arial" w:hAnsi="Arial" w:cs="Arial"/>
          <w:b w:val="0"/>
          <w:i w:val="0"/>
          <w:sz w:val="20"/>
        </w:rPr>
        <w:t>Japan's oldest hot spring bathhouse (1894), Dogo Onsen is said to have inspired the bathhouse in Spirited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Ishite-ji Temple &amp; Pilgrimage Cave — </w:t>
      </w:r>
      <w:r>
        <w:rPr>
          <w:rFonts w:ascii="Arial" w:hAnsi="Arial" w:cs="Arial"/>
          <w:b w:val="0"/>
          <w:i w:val="0"/>
          <w:sz w:val="20"/>
        </w:rPr>
        <w:t>Temple #51 on the famous Shikoku 88-Temple Pilgrimage, Ishite-ji features a National Treasure Niomon gate and a 200-meter cave…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Taimeshi &amp; Jakoten Food Walk — </w:t>
      </w:r>
      <w:r>
        <w:rPr>
          <w:rFonts w:ascii="Arial" w:hAnsi="Arial" w:cs="Arial"/>
          <w:b w:val="0"/>
          <w:i w:val="0"/>
          <w:sz w:val="20"/>
        </w:rPr>
        <w:t>Ehime's signature dishes: taimeshi (sea bream rice, Matsuyama style cooked in a clay pot, or Uwajima style with raw sea bream…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Botchan Train &amp; Karakuri Clock — </w:t>
      </w:r>
      <w:r>
        <w:rPr>
          <w:rFonts w:ascii="Arial" w:hAnsi="Arial" w:cs="Arial"/>
          <w:b w:val="0"/>
          <w:i w:val="0"/>
          <w:sz w:val="20"/>
        </w:rPr>
        <w:t>Ride the charming diesel replica of a retro steam tram (the 'Botchan Ressha') between Matsuyama City Station and Dogo Onsen.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Dogo Onsen by Tram: </w:t>
      </w:r>
      <w:r>
        <w:rPr>
          <w:rFonts w:ascii="Arial" w:hAnsi="Arial" w:cs="Arial"/>
          <w:b w:val="0"/>
          <w:i w:val="0"/>
          <w:sz w:val="20"/>
        </w:rPr>
        <w:t>2–3 hrs | Easy | Tram + walking — From Matsuyama City Station, walk to the castle ropeway base, ride up, explore the castle,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Dogo Onsen to Ishite-ji Temple: </w:t>
      </w:r>
      <w:r>
        <w:rPr>
          <w:rFonts w:ascii="Arial" w:hAnsi="Arial" w:cs="Arial"/>
          <w:b w:val="0"/>
          <w:i w:val="0"/>
          <w:sz w:val="20"/>
        </w:rPr>
        <w:t>30 min walk | Easy | Free — From Dogo Onsen Station, walk east along the pilgrimage route to Ishite-ji Temple (about 15 min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5:08AM–7:02PM · Jul 5:09AM–7:20PM · Sep 5:52AM–6:15PM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cruiseports.org/matsuyama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Matsuyama, Ehime,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tsuya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Dogo Onsen Main 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Miurart Village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Matsuyama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Ehime pref. Life and Culture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Ishite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Masaki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Tobe Zoological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