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Martha's Vineyard,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island getaway draped in Victorian charm — where gingerbread cottages, fresh lobster, and the oldest carousel in America await just a tender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USD · 🗣️ English · 🦞 Seasonal (May–Oct)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Oak Bluffs or Vineyard Haven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tender pier (Oak Bluffs)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fresh seafood,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Gingerbread Cottages &amp; Flying Horses Carousel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$14–$60 — Multiple local cab companies (Stagecoach, MV Taxi, Lighthouse Taxi). Fares vary by distance — within a town ~$14, Vineya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Aquinnah Cliffs (Gay Head) — </w:t>
      </w:r>
      <w:r>
        <w:rPr>
          <w:rFonts w:ascii="Arial" w:hAnsi="Arial" w:cs="Arial"/>
          <w:b w:val="0"/>
          <w:i w:val="0"/>
          <w:sz w:val="20"/>
        </w:rPr>
        <w:t>Dramatic multicolored clay cliffs on the island's western tip — sacred Wampanoag land with sweeping ocean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Edgartown Historic District — </w:t>
      </w:r>
      <w:r>
        <w:rPr>
          <w:rFonts w:ascii="Arial" w:hAnsi="Arial" w:cs="Arial"/>
          <w:b w:val="0"/>
          <w:i w:val="0"/>
          <w:sz w:val="20"/>
        </w:rPr>
        <w:t>Stately white-shingled 19th-century whaling captains' homes, manicured gardens, and the Edgartown Harbor Lighthouse — a flat…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Gingerbread Cottages Walk — </w:t>
      </w:r>
      <w:r>
        <w:rPr>
          <w:rFonts w:ascii="Arial" w:hAnsi="Arial" w:cs="Arial"/>
          <w:b w:val="0"/>
          <w:i w:val="0"/>
          <w:sz w:val="20"/>
        </w:rPr>
        <w:t>Over 300 whimsical Victorian Methodist cottages in the Camp Meeting Association (Trinity Park) neighborhood — one of America's…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Inkwell Beach — </w:t>
      </w:r>
      <w:r>
        <w:rPr>
          <w:rFonts w:ascii="Arial" w:hAnsi="Arial" w:cs="Arial"/>
          <w:b w:val="0"/>
          <w:i w:val="0"/>
          <w:sz w:val="20"/>
        </w:rPr>
        <w:t>Calm, swimmable beach about a 5-minute walk south of the Oak Bluffs tender pier along Seaview Avenue, with deep historical…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Lunch in Oak Bluffs — </w:t>
      </w:r>
      <w:r>
        <w:rPr>
          <w:rFonts w:ascii="Arial" w:hAnsi="Arial" w:cs="Arial"/>
          <w:b w:val="0"/>
          <w:i w:val="0"/>
          <w:sz w:val="20"/>
        </w:rPr>
        <w:t>Fresh lobster rolls, clam chowder, and raw bar right on the harbor at spots like Coop de Ville and Nancy's — where President…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Oak Bluffs Harbor &amp; Gingerbread Cottages Loop: </w:t>
      </w:r>
      <w:r>
        <w:rPr>
          <w:rFonts w:ascii="Arial" w:hAnsi="Arial" w:cs="Arial"/>
          <w:b w:val="0"/>
          <w:i w:val="0"/>
          <w:sz w:val="20"/>
        </w:rPr>
        <w:t>1.5 miles · 45 min · Easy — From the tender pier, walk the harbor front past restaurants and the Flying Horses Carousel,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Edgartown Village &amp; Harbor Light: </w:t>
      </w:r>
      <w:r>
        <w:rPr>
          <w:rFonts w:ascii="Arial" w:hAnsi="Arial" w:cs="Arial"/>
          <w:b w:val="0"/>
          <w:i w:val="0"/>
          <w:sz w:val="20"/>
        </w:rPr>
        <w:t>1 mile loop · 45 min · Easy — From the Edgartown bus stop, walk the white-shingled main street to the waterfront, then follow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5:23AM–7:54PM · Jul 5:22AM–8:13PM · Sep 6:23AM–6:50PM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cruiseports.org/marthas-vineyard-island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Martha's Vineyard,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has-vineyard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Flying Horses Carousel a Vineyard Preservation Trust Property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Martha's Vineyard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Woods Hole Science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Caroline Tuthill Preserve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YMCA of Martha's Vineyard Ice Arena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Cape Beach State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