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Majuro, Marshall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remote cruise stops, Majuro is a razor-thin coral atoll where the Pacific crashes one side and a turquoise lagoon shimmers on the other — raw, authentic, and utterly unlike anywhere else.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pier (expedition) · 🕒 Typical call: 7-9 hrs · 💵 US Dollar (USD) · 🗣️ Marshallese &amp; English · 🌊 Lagoon snorkeling &amp; WWII wrecks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(most ships anchor in lagoon); small/expedition ships dock at Delap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5-15 min from Uliga tender pier; 20-30 min from Delap (taxi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WWII history, authentic Pacific culture, remote-island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Alele Museum (stick-chart navigation), Eneko Island day trip, Laura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$0.75–$1.50/person — Shared taxis (often unmarked private cars) are the main local transport, running along the DUD corridor (Delap-Uliga-Dja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Eneko Island Day Trip — </w:t>
      </w:r>
      <w:r>
        <w:rPr>
          <w:rFonts w:ascii="Arial" w:hAnsi="Arial" w:cs="Arial"/>
          <w:b w:val="0"/>
          <w:i w:val="0"/>
          <w:sz w:val="20"/>
        </w:rPr>
        <w:t>A 30-minute boat ride across the lagoon brings you to this postcard-perfect private islet — white sand, crystal water, excellent…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Wreck Diving &amp; Snorkeling — </w:t>
      </w:r>
      <w:r>
        <w:rPr>
          <w:rFonts w:ascii="Arial" w:hAnsi="Arial" w:cs="Arial"/>
          <w:b w:val="0"/>
          <w:i w:val="0"/>
          <w:sz w:val="20"/>
        </w:rPr>
        <w:t>The Marshall Islands hold some of the Pacific's most dramatic WWII wreck diving — including submerged plane wrecks in the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Alele Museum &amp; D-U-D Walk — </w:t>
      </w:r>
      <w:r>
        <w:rPr>
          <w:rFonts w:ascii="Arial" w:hAnsi="Arial" w:cs="Arial"/>
          <w:b w:val="0"/>
          <w:i w:val="0"/>
          <w:sz w:val="20"/>
        </w:rPr>
        <w:t>The Alele Museum is the cultural heart of the Marshall Islands, housing traditional stick-chart navigation artifacts,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Laura Village &amp; Beach — </w:t>
      </w:r>
      <w:r>
        <w:rPr>
          <w:rFonts w:ascii="Arial" w:hAnsi="Arial" w:cs="Arial"/>
          <w:b w:val="0"/>
          <w:i w:val="0"/>
          <w:sz w:val="20"/>
        </w:rPr>
        <w:t>The lush, agricultural tip of the atoll, 30 miles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Arno Atoll Day Sail — </w:t>
      </w:r>
      <w:r>
        <w:rPr>
          <w:rFonts w:ascii="Arial" w:hAnsi="Arial" w:cs="Arial"/>
          <w:b w:val="0"/>
          <w:i w:val="0"/>
          <w:sz w:val="20"/>
        </w:rPr>
        <w:t>Sail ~15 miles to the neighboring Arno Atoll for pristine beaches, snorkeling with turtles and parrotfish, spinner dolphin…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Uliga Town Walk: </w:t>
      </w:r>
      <w:r>
        <w:rPr>
          <w:rFonts w:ascii="Arial" w:hAnsi="Arial" w:cs="Arial"/>
          <w:b w:val="0"/>
          <w:i w:val="0"/>
          <w:sz w:val="20"/>
        </w:rPr>
        <w:t>~1 km | Easy | 15-20 min — From the Uliga tender dock, walk the main road past the Marshall Islands Resort, local shops,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Lagoon-to-Ocean Crossing: </w:t>
      </w:r>
      <w:r>
        <w:rPr>
          <w:rFonts w:ascii="Arial" w:hAnsi="Arial" w:cs="Arial"/>
          <w:b w:val="0"/>
          <w:i w:val="0"/>
          <w:sz w:val="20"/>
        </w:rPr>
        <w:t>~0.5 km | Easy | 10 min — At Jeirok near the airport, the atoll narrows to just a few dozen meters.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6:17AM–6:43PM · Jul 6:25AM–6:55PM · Sep 6:25AM–6:34PM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cruiseports.org/marshall-islands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