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Marseille, Provence,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France's oldest city and its most visceral — a gritty, gorgeous port where bouillabaisse was invented, the Calanques begin, and 26 centuries of history press close.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(MPCT cruise terminal) · 🕒 Typical call: 8–10 hrs · 💶 Euro (EUR) · 🗣️ French · Some English in tourist zones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MPCT — Môle Léon Gourret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 Vieux-Port: </w:t>
      </w:r>
      <w:r>
        <w:rPr>
          <w:rFonts w:ascii="Arial" w:hAnsi="Arial" w:cs="Arial"/>
          <w:b w:val="0"/>
          <w:i w:val="0"/>
          <w:sz w:val="20"/>
        </w:rPr>
        <w:t>~8 km — shuttle or taxi (not walkable)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Calanques · Old port · 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Basilique Notre-Dame de la Garde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€15–€25 — Official taxis are available at the port exit. Fare to the Old Port (Vieux-Port) is typically €15–€25; expect up to €35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Colorbüs Marseille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Calanques National Park Boat Tour — </w:t>
      </w:r>
      <w:r>
        <w:rPr>
          <w:rFonts w:ascii="Arial" w:hAnsi="Arial" w:cs="Arial"/>
          <w:b w:val="0"/>
          <w:i w:val="0"/>
          <w:sz w:val="20"/>
        </w:rPr>
        <w:t>The creamy white limestone fjords east of Marseille are one of France's great natural spectacles.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Basilique Notre-Dame de la Garde — </w:t>
      </w:r>
      <w:r>
        <w:rPr>
          <w:rFonts w:ascii="Arial" w:hAnsi="Arial" w:cs="Arial"/>
          <w:b w:val="0"/>
          <w:i w:val="0"/>
          <w:sz w:val="20"/>
        </w:rPr>
        <w:t>Marseille's gilded hilltop basilica — 'La Bonne Mère' — is the city's spiritual anchor and its best viewpoint.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Aix-en-Provence Half-Day — </w:t>
      </w:r>
      <w:r>
        <w:rPr>
          <w:rFonts w:ascii="Arial" w:hAnsi="Arial" w:cs="Arial"/>
          <w:b w:val="0"/>
          <w:i w:val="0"/>
          <w:sz w:val="20"/>
        </w:rPr>
        <w:t>Thirty minutes by train or bus, Aix is a world apart — fountained boulevards, Cézanne's studio, excellent markets,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MuCEM &amp; the Historic Harbour — </w:t>
      </w:r>
      <w:r>
        <w:rPr>
          <w:rFonts w:ascii="Arial" w:hAnsi="Arial" w:cs="Arial"/>
          <w:b w:val="0"/>
          <w:i w:val="0"/>
          <w:sz w:val="20"/>
        </w:rPr>
        <w:t>The Museum of European and Mediterranean Civilisations (MuCEM) is a landmark building right at the port entrance, connected by…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Bouillabaisse &amp; Vieux-Port Lunch — </w:t>
      </w:r>
      <w:r>
        <w:rPr>
          <w:rFonts w:ascii="Arial" w:hAnsi="Arial" w:cs="Arial"/>
          <w:b w:val="0"/>
          <w:i w:val="0"/>
          <w:sz w:val="20"/>
        </w:rPr>
        <w:t>The Vieux-Port's quayside restaurants serve the real thing — bouillabaisse (book ahead), grilled sea urchin, and tielle pastries.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Vieux-Port to Notre-Dame de la Garde: </w:t>
      </w:r>
      <w:r>
        <w:rPr>
          <w:rFonts w:ascii="Arial" w:hAnsi="Arial" w:cs="Arial"/>
          <w:b w:val="0"/>
          <w:i w:val="0"/>
          <w:sz w:val="20"/>
        </w:rPr>
        <w:t>3.5 km · 1.5–2 hrs · Moderate (steep finish) — Start at Quai des Belges at the foot of the Old Port, walk through the Panier quarter (Marseille's…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Vieux-Port &amp; MuCEM Waterfront Stroll: </w:t>
      </w:r>
      <w:r>
        <w:rPr>
          <w:rFonts w:ascii="Arial" w:hAnsi="Arial" w:cs="Arial"/>
          <w:b w:val="0"/>
          <w:i w:val="0"/>
          <w:sz w:val="20"/>
        </w:rPr>
        <w:t>2 km · 45 min · Easy — A flat, scenic walk along the north shore of the Vieux-Port from Quai des Belges to Fort Saint-Jean…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6:14AM–8:55PM · Jul 6:12AM–9:16PM · Sep 7:18AM–7:48PM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cruiseports.org/marseille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Marseille, Provence,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rseill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Unité d'Habitation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Old Charity Center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Orange Vélodrome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Parc Borély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Notre-Dame de la Garde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Pas de la Demi Lune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Château d'If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Cathédrale La Major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