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Ghalib, Red Sea,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Sahara meets the Red Sea — Port Ghalib is Egypt's most relaxed cruise port, with world-class reefs, rare dugongs, and a breezy marina promenade just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(deepwater berth) · 🕒 Typical call: 7-9 hrs · 💵 EGP / USD accepted · 🗣️ Arabic (English at marina) · 🤿 World-class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Port Ghalib Marina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marina: </w:t>
      </w:r>
      <w:r>
        <w:rPr>
          <w:rFonts w:ascii="Arial" w:hAnsi="Arial" w:cs="Arial"/>
          <w:b w:val="0"/>
          <w:i w:val="0"/>
          <w:sz w:val="20"/>
        </w:rPr>
        <w:t>Steps from gangway to corniche &amp;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Diving, snorkeling with turtles &amp; dugongs, desert safari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Marsa Mubarak dugong &amp; turtle bay, Abu Dabbab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€8–15 one-way — Local taxis are available for short trips within Port Ghalib and to nearby Marsa Alam town (about 65 km north). Negotiat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Dugong &amp; Turtle Snorkel — Marsa Mubarak — </w:t>
      </w:r>
      <w:r>
        <w:rPr>
          <w:rFonts w:ascii="Arial" w:hAnsi="Arial" w:cs="Arial"/>
          <w:b w:val="0"/>
          <w:i w:val="0"/>
          <w:sz w:val="20"/>
        </w:rPr>
        <w:t>A short boat ride from the marina brings you to Marsa Mubarak (Dugong Bay), one of the few places on earth with reliable dugong…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Abu Dabbab Bay — Shore Snorkeling with Turtles — </w:t>
      </w:r>
      <w:r>
        <w:rPr>
          <w:rFonts w:ascii="Arial" w:hAnsi="Arial" w:cs="Arial"/>
          <w:b w:val="0"/>
          <w:i w:val="0"/>
          <w:sz w:val="20"/>
        </w:rPr>
        <w:t>A sandy-bottomed public bay ~30 minutes south by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Quad Bike &amp; Bedouin Camp Safari — </w:t>
      </w:r>
      <w:r>
        <w:rPr>
          <w:rFonts w:ascii="Arial" w:hAnsi="Arial" w:cs="Arial"/>
          <w:b w:val="0"/>
          <w:i w:val="0"/>
          <w:sz w:val="20"/>
        </w:rPr>
        <w:t>Ride quad bikes over the Eastern Desert dunes, dismount for a camel ride, then settle into a Bedouin camp for mint tea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Quseir Ottoman Fort &amp; Old Town — </w:t>
      </w:r>
      <w:r>
        <w:rPr>
          <w:rFonts w:ascii="Arial" w:hAnsi="Arial" w:cs="Arial"/>
          <w:b w:val="0"/>
          <w:i w:val="0"/>
          <w:sz w:val="20"/>
        </w:rPr>
        <w:t>Head about an hour north (≈75 km) to El Quseir, a preserved 16th-century Ottoman port with a restored fort, old coral-block…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Elphinstone Reef — </w:t>
      </w:r>
      <w:r>
        <w:rPr>
          <w:rFonts w:ascii="Arial" w:hAnsi="Arial" w:cs="Arial"/>
          <w:b w:val="0"/>
          <w:i w:val="0"/>
          <w:sz w:val="20"/>
        </w:rPr>
        <w:t>One of the world's legendary drift dives: sheer walls dropping hundreds of metres, resident anthias clouds, and encounters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Ghalib Marina Corniche Stroll: </w:t>
      </w:r>
      <w:r>
        <w:rPr>
          <w:rFonts w:ascii="Arial" w:hAnsi="Arial" w:cs="Arial"/>
          <w:b w:val="0"/>
          <w:i w:val="0"/>
          <w:sz w:val="20"/>
        </w:rPr>
        <w:t>1.5 km · Flat · 20-30 min · Free — Walk the full marina waterfront from the cruise pier southward past boutiques, open-air cafes,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5:56AM–7:19PM · Jul 6:00AM–7:34PM · Sep 6:27AM–6:45PM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cruiseports.org/marsa-alam-ghalib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Ghalib, Red Sea,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sa-alam-ghalib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Ghalib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Marsa Mubarak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Small Fayrouz turtle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Shaab Salman - Dive site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