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María la Gorda, Pinar del Río, Cuba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Caribbean's most pristine diving destinations, María la Gorda sits at the tip of Cuba's Guanahacabibes Peninsula — a UNESCO Biosphere Reserve where the reef begins just steps from the beach and the outside world feels very far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offshore) · 🕒 Typical call: 6–8 hrs · 💵 EUR/USD cash preferred · 🗣️ Spanish · 🤿 World-class diving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 of Corrientes; tenders land at the dive-center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hotel, bar, restaurant, and beach are all within 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Scuba diving, snorkeling, beach relaxation, sea-turtle nesting season (Jun–Sep)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boat dive on the Yemayá wall or the Salón de María grotto, and a Cuban mojito at the beach bar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 USD per car — Pre-arranged private taxis can transfer you to Pinar del Río (~2.5 hrs). Arrange through your cruise line or a Cuba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on the Yemayá Wall — </w:t>
      </w:r>
      <w:r>
        <w:rPr>
          <w:rFonts w:ascii="Arial" w:hAnsi="Arial" w:cs="Arial"/>
          <w:b w:val="0"/>
          <w:i w:val="0"/>
          <w:sz w:val="20"/>
        </w:rPr>
        <w:t>Massive coral walls dropping into the deep, crystal visibility up to 40 m, black-coral forests, and abundant Caribbean reef 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Snorkel Trip — </w:t>
      </w:r>
      <w:r>
        <w:rPr>
          <w:rFonts w:ascii="Arial" w:hAnsi="Arial" w:cs="Arial"/>
          <w:b w:val="0"/>
          <w:i w:val="0"/>
          <w:sz w:val="20"/>
        </w:rPr>
        <w:t>Short boat ride to shallow reef gardens teeming with parrotfish, stingrays, and sea fans.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Guanahacabibes National Park Hike — </w:t>
      </w:r>
      <w:r>
        <w:rPr>
          <w:rFonts w:ascii="Arial" w:hAnsi="Arial" w:cs="Arial"/>
          <w:b w:val="0"/>
          <w:i w:val="0"/>
          <w:sz w:val="20"/>
        </w:rPr>
        <w:t>A park ranger leads you into the UNESCO-protected forest to see limestone caves, land crabs, giant iguanas, and endemic birds…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Cabo San Antonio &amp; Roncali Lighthouse — </w:t>
      </w:r>
      <w:r>
        <w:rPr>
          <w:rFonts w:ascii="Arial" w:hAnsi="Arial" w:cs="Arial"/>
          <w:b w:val="0"/>
          <w:i w:val="0"/>
          <w:sz w:val="20"/>
        </w:rPr>
        <w:t>Drive an hour to Cuba's westernmost tip to visit the 19th-century Roncali Lighthouse, looking out over the Yucatán Channel.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at Playa María la Gorda — </w:t>
      </w:r>
      <w:r>
        <w:rPr>
          <w:rFonts w:ascii="Arial" w:hAnsi="Arial" w:cs="Arial"/>
          <w:b w:val="0"/>
          <w:i w:val="0"/>
          <w:sz w:val="20"/>
        </w:rPr>
        <w:t>White sand, calm turquoise water, swaying palms, and almost nobody else.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Jetty to the Wild Beach: </w:t>
      </w:r>
      <w:r>
        <w:rPr>
          <w:rFonts w:ascii="Arial" w:hAnsi="Arial" w:cs="Arial"/>
          <w:b w:val="0"/>
          <w:i w:val="0"/>
          <w:sz w:val="20"/>
        </w:rPr>
        <w:t>1–3 km | Flat sand | Easy — Head away from the hotel along the shoreline in either direction.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Dive Center to National Park Edge: </w:t>
      </w:r>
      <w:r>
        <w:rPr>
          <w:rFonts w:ascii="Arial" w:hAnsi="Arial" w:cs="Arial"/>
          <w:b w:val="0"/>
          <w:i w:val="0"/>
          <w:sz w:val="20"/>
        </w:rPr>
        <w:t>~1 km | Paved path | Easy — A short walk inland from the hotel brings you to the edge of Guanahacabibes National Park.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7:18AM–7:57PM · Jun 6:55AM–8:22PM · Aug 7:16AM–8:08PM · Sep 7:25AM–7:40PM · Oct 7:34AM–7:12PM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only, EUR/USD preferred. There is no ATM and no working card terminal for foreign visitors. Bring small bills for drinks, tips, and any rentals.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Pack serious insect repellent. Sandflies (no-see-ums) can be fierce on windless afternoons. DEET or Picaridin-based products work best.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diving through your ship if available — the local state-run dive center has limited boats and equipment. Ship-booked excursions get priority slots.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cruiseports.org/maria-la-gorda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