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Maré Island, Loyalty Islands, New Caledonia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raised coral atoll of spectacular cliffs, turquoise lagoons, and unhurried Kanak villages — Maré rewards passengers who step off the beaten cruise path.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off Tadine) · 🕒 Typical call: 7–9 hrs · 💴 CFP Franc (XPF) — small USD/AUD accepted · 🗣️ French &amp; Nengone · 🌊 South Pacific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anchor; boats ferry to Tadine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Tadine village is steps from the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snorkelling, Kanak culture, coral cliff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Yejele Beach and the Piscine Naturelle de Yedjele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Yejele Beach Day — </w:t>
      </w:r>
      <w:r>
        <w:rPr>
          <w:rFonts w:ascii="Arial" w:hAnsi="Arial" w:cs="Arial"/>
          <w:b w:val="0"/>
          <w:i w:val="0"/>
          <w:sz w:val="20"/>
        </w:rPr>
        <w:t>Maré's most photographed beach: a sweep of powder-white sand lapped by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Piscine Naturelle de Yedjele — </w:t>
      </w:r>
      <w:r>
        <w:rPr>
          <w:rFonts w:ascii="Arial" w:hAnsi="Arial" w:cs="Arial"/>
          <w:b w:val="0"/>
          <w:i w:val="0"/>
          <w:sz w:val="20"/>
        </w:rPr>
        <w:t>A stunning natural rock pool near Yejele where coral formations create a living aquarium.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Shabadran Cliffs &amp; Warrior's Leap — </w:t>
      </w:r>
      <w:r>
        <w:rPr>
          <w:rFonts w:ascii="Arial" w:hAnsi="Arial" w:cs="Arial"/>
          <w:b w:val="0"/>
          <w:i w:val="0"/>
          <w:sz w:val="20"/>
        </w:rPr>
        <w:t>Marvel at towering raised-coral cliffs along Maré's wild coast, then visit Le Saut du Guerrier — a dramatic chasm where, legend…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Kanak Tribe &amp; Village Visit — </w:t>
      </w:r>
      <w:r>
        <w:rPr>
          <w:rFonts w:ascii="Arial" w:hAnsi="Arial" w:cs="Arial"/>
          <w:b w:val="0"/>
          <w:i w:val="0"/>
          <w:sz w:val="20"/>
        </w:rPr>
        <w:t>Step inside a Kanak community for a guided introduction to Melanesian traditions — architecture, food, crafts, and the island's…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Trou de Bone &amp; Pethoen Cave — </w:t>
      </w:r>
      <w:r>
        <w:rPr>
          <w:rFonts w:ascii="Arial" w:hAnsi="Arial" w:cs="Arial"/>
          <w:b w:val="0"/>
          <w:i w:val="0"/>
          <w:sz w:val="20"/>
        </w:rPr>
        <w:t>Explore Trou de Bone — a giant limestone sinkhole connected to the sea by an underground passage — and Pethoen Cave with its…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Tadine Village Stroll: </w:t>
      </w:r>
      <w:r>
        <w:rPr>
          <w:rFonts w:ascii="Arial" w:hAnsi="Arial" w:cs="Arial"/>
          <w:b w:val="0"/>
          <w:i w:val="0"/>
          <w:sz w:val="20"/>
        </w:rPr>
        <w:t>45 min · Flat · Free — From the pier, walk through Tadine to the local market for handicrafts and fresh produce, then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Wabao Beach Walk: </w:t>
      </w:r>
      <w:r>
        <w:rPr>
          <w:rFonts w:ascii="Arial" w:hAnsi="Arial" w:cs="Arial"/>
          <w:b w:val="0"/>
          <w:i w:val="0"/>
          <w:sz w:val="20"/>
        </w:rPr>
        <w:t>1–2 hrs · Easy · Free beach — Taxi to Wabao then walk the shoreline — good snorkelling off the beach and views across the lagoon.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6:40AM–5:47PM · Jul 6:54AM–5:53PM · Sep 6:14AM–6:12PM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cruiseports.org/mare-island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