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Maputo, Maputo Province, Mozambique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known as Lourenço Marques, Maputo blends Portuguese colonial grandeur with African energy — jacaranda-lined boulevards, an Eiffel-designed train station, and the best prawns on the continent.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MZN / USD accepted · 🗣️ Portuguese · 🍤 Famous for LM Prawns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Dedicated cruise terminal inside Port of Maputo; shuttle to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Shuttle required — active industrial port, not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architecture, fresh seafood, craft markets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CFM Railway Station &amp; the Fish Market with cook-to-order seafood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$16–24 USD — Taxis are available at the pier. Always agree on the fare before you get in — meters are rarely used. A typical city-cen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Bolt, Yango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Maputo Walking Tour — </w:t>
      </w:r>
      <w:r>
        <w:rPr>
          <w:rFonts w:ascii="Arial" w:hAnsi="Arial" w:cs="Arial"/>
          <w:b w:val="0"/>
          <w:i w:val="0"/>
          <w:sz w:val="20"/>
        </w:rPr>
        <w:t>Hit the architectural highlights: the mint-green CFM Railway Station (Beaux-Arts, often called one of the world's most beautiful…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 Market Cook-to-Order Experience — </w:t>
      </w:r>
      <w:r>
        <w:rPr>
          <w:rFonts w:ascii="Arial" w:hAnsi="Arial" w:cs="Arial"/>
          <w:b w:val="0"/>
          <w:i w:val="0"/>
          <w:sz w:val="20"/>
        </w:rPr>
        <w:t>Mercado de Peixe is a full culinary adventure: pick live crabs, prawns, or fish from the wet market stalls, then hand them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Inhaca Island Day Trip — </w:t>
      </w:r>
      <w:r>
        <w:rPr>
          <w:rFonts w:ascii="Arial" w:hAnsi="Arial" w:cs="Arial"/>
          <w:b w:val="0"/>
          <w:i w:val="0"/>
          <w:sz w:val="20"/>
        </w:rPr>
        <w:t>A pristine marine reserve across Maputo Bay — white sand beaches, coral reefs, and snorkeling.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Fortress of Maputo &amp; Natural History Museum — </w:t>
      </w:r>
      <w:r>
        <w:rPr>
          <w:rFonts w:ascii="Arial" w:hAnsi="Arial" w:cs="Arial"/>
          <w:b w:val="0"/>
          <w:i w:val="0"/>
          <w:sz w:val="20"/>
        </w:rPr>
        <w:t>Maputo's oldest Portuguese fort holds the wooden coffin of tribal leader Ngungunhane.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FEIMA Craft Market — </w:t>
      </w:r>
      <w:r>
        <w:rPr>
          <w:rFonts w:ascii="Arial" w:hAnsi="Arial" w:cs="Arial"/>
          <w:b w:val="0"/>
          <w:i w:val="0"/>
          <w:sz w:val="20"/>
        </w:rPr>
        <w:t>Maputo's premier artisan market in a leafy park — local paintings, wooden carvings, batik textiles, and wickerwork alongside…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Baixa Colonial Loop: </w:t>
      </w:r>
      <w:r>
        <w:rPr>
          <w:rFonts w:ascii="Arial" w:hAnsi="Arial" w:cs="Arial"/>
          <w:b w:val="0"/>
          <w:i w:val="0"/>
          <w:sz w:val="20"/>
        </w:rPr>
        <w:t>~2 km · 45-60 min · Flat · Easy — Start at the CFM Railway Station and walk the historic downtown core: east to Independence Square…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Ironwork &amp; Landmarks Walk: </w:t>
      </w:r>
      <w:r>
        <w:rPr>
          <w:rFonts w:ascii="Arial" w:hAnsi="Arial" w:cs="Arial"/>
          <w:b w:val="0"/>
          <w:i w:val="0"/>
          <w:sz w:val="20"/>
        </w:rPr>
        <w:t>~1 km · 20 min · Flat · Easy — A short dedicated walk between two of Maputo's most photographed landmarks — the iconic Beaux-Arts…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6:20AM–5:11PM · Jul 6:36AM–5:15PM · Sep 5:47AM–5:42PM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cruiseports.org/maputo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Maputo, Maputo Province, Mozambique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put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Polana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Smiling Lion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de Historia Natural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Catedral de Maputo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Anthony Catholic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Nacional de Arte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Jardim Dona Berta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