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Mangalore, Karnataka, India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Western Ghats meet the Arabian Sea, Mangalore blends ancient temples, red-tiled rooftops, and some of the finest seafood cuisine in India — all from a working port that welcomes cruise ships with traditional Yakshagana dancers on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(New Mangalore Port) · 🕒 Typical call: 8-10 hrs · 💵 Indian Rupee (INR) · 🗣️ Kannada / Tulu /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New Mangalore Port (Panambur), ~10 km from city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Not walkable; shuttle or taxi required (port is industrial)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Temple hopping, Mangalorean seafood, beach walks, day trips to Jain sites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St. Aloysius Chapel frescoes and Chicken Ghee Roast at a local restaurant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₹500–₹830 (~$6–$10) — Pre-paid taxis available at the port for the 10–15 km ride to city center. Negotiate fare before you start or insist on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Ola, Rapido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Aloysius Chapel &amp; City Temples — </w:t>
      </w:r>
      <w:r>
        <w:rPr>
          <w:rFonts w:ascii="Arial" w:hAnsi="Arial" w:cs="Arial"/>
          <w:b w:val="0"/>
          <w:i w:val="0"/>
          <w:sz w:val="20"/>
        </w:rPr>
        <w:t>The Jesuit-built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Moodabidri &amp; Karkala Jain Pilgrimage — </w:t>
      </w:r>
      <w:r>
        <w:rPr>
          <w:rFonts w:ascii="Arial" w:hAnsi="Arial" w:cs="Arial"/>
          <w:b w:val="0"/>
          <w:i w:val="0"/>
          <w:sz w:val="20"/>
        </w:rPr>
        <w:t>The most popular full-day excursion from Mangalore.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Panambur Beach — </w:t>
      </w:r>
      <w:r>
        <w:rPr>
          <w:rFonts w:ascii="Arial" w:hAnsi="Arial" w:cs="Arial"/>
          <w:b w:val="0"/>
          <w:i w:val="0"/>
          <w:sz w:val="20"/>
        </w:rPr>
        <w:t>The closest beach to the port, just outside the port gates, with golden sand, jet ski and camel rides, and great street food…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Tannirbhavi Beach &amp; Sultan Battery — </w:t>
      </w:r>
      <w:r>
        <w:rPr>
          <w:rFonts w:ascii="Arial" w:hAnsi="Arial" w:cs="Arial"/>
          <w:b w:val="0"/>
          <w:i w:val="0"/>
          <w:sz w:val="20"/>
        </w:rPr>
        <w:t>A quieter pine-lined beach south of the river, reachable by car or a scenic ferry from the Sultan Battery — a compact stone…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Mangalorean Food &amp; Market Walk — </w:t>
      </w:r>
      <w:r>
        <w:rPr>
          <w:rFonts w:ascii="Arial" w:hAnsi="Arial" w:cs="Arial"/>
          <w:b w:val="0"/>
          <w:i w:val="0"/>
          <w:sz w:val="20"/>
        </w:rPr>
        <w:t>Dive into one of India's most celebrated regional cuisines: Chicken Ghee Roast, Neer Dosa with coconut chutney, Kane Rava Fry…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Temple &amp; Chapel Walk: </w:t>
      </w:r>
      <w:r>
        <w:rPr>
          <w:rFonts w:ascii="Arial" w:hAnsi="Arial" w:cs="Arial"/>
          <w:b w:val="0"/>
          <w:i w:val="0"/>
          <w:sz w:val="20"/>
        </w:rPr>
        <w:t>~3 km | Easy | 1.5-2 hrs — From the city centre, walk to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Panambur Beach Stroll: </w:t>
      </w:r>
      <w:r>
        <w:rPr>
          <w:rFonts w:ascii="Arial" w:hAnsi="Arial" w:cs="Arial"/>
          <w:b w:val="0"/>
          <w:i w:val="0"/>
          <w:sz w:val="20"/>
        </w:rPr>
        <w:t>~2 km beachfront | Easy | 1 hr — A leisurely walk along Panambur Beach from the main entry point south along the shoreline.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6:05AM–6:48PM · Jul 6:12AM–7:01PM · Sep 6:19AM–6:32PM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cruiseports.org/mangalore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Mangalore, Karnataka, India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ngalor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Shri Ananthapadmanabha Swamy Temple (Kudupu)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Lawrence Church and Shrine, Bondel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Pilikula Artisans Village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Maroli Shri Suryanarayana Swamy Temple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Shree Shirdi Sai Baba Mandir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Sebastian Church, Mangalore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Srimanthi Bai Memorial Government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Infant Jesus Shrine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