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Mandal, Agder,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Norway's southernmost town earns its nickname 'The Little White Town' — a sun-bleached old quarter, a sweeping sandy beach, and a salmon river running right through the heart of it.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(pier, ~2.5 km from center) · 🕒 Typical call: 7-9 hrs · 💵 Norwegian Krone (NOK) — card everywhere · 🗣️ Norwegian / English widely spoken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Gismerøya/Kleven pier, ~2.5 km from center; shuttle usually provided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~35 min flat walk or 10 min shuttle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Charming old town strolling, Norway's best sandy beach, local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Sjøsanden beach and the view from Uranienborg hilltop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100–150 NOK (~–14 USD) — Taxis are available at the port. Agder Taxi (07000) and OpaTaxi serve Mandal with online/app booking and fixed rates. Th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Sjøsanden Beach &amp; Furulunden Nature Park — </w:t>
      </w:r>
      <w:r>
        <w:rPr>
          <w:rFonts w:ascii="Arial" w:hAnsi="Arial" w:cs="Arial"/>
          <w:b w:val="0"/>
          <w:i w:val="0"/>
          <w:sz w:val="20"/>
        </w:rPr>
        <w:t>An 800-metre crescent of fine golden sand framed by pine forest — routinely called Norway's best beach.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Mandal Old Town Walk — </w:t>
      </w:r>
      <w:r>
        <w:rPr>
          <w:rFonts w:ascii="Arial" w:hAnsi="Arial" w:cs="Arial"/>
          <w:b w:val="0"/>
          <w:i w:val="0"/>
          <w:sz w:val="20"/>
        </w:rPr>
        <w:t>Stroll the narrow cobblestone lanes of Sjøgata and Grensen, lined with beautifully preserved 18th- and 19th-century white-painted…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Mandal Museum &amp; Vigeland House — </w:t>
      </w:r>
      <w:r>
        <w:rPr>
          <w:rFonts w:ascii="Arial" w:hAnsi="Arial" w:cs="Arial"/>
          <w:b w:val="0"/>
          <w:i w:val="0"/>
          <w:sz w:val="20"/>
        </w:rPr>
        <w:t>Gustav Vigeland — Norway's most famous sculptor, creator of Oslo's Vigeland Park — was born in Mandal.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Lindesnes Lighthouse Day Trip — </w:t>
      </w:r>
      <w:r>
        <w:rPr>
          <w:rFonts w:ascii="Arial" w:hAnsi="Arial" w:cs="Arial"/>
          <w:b w:val="0"/>
          <w:i w:val="0"/>
          <w:sz w:val="20"/>
        </w:rPr>
        <w:t>Norway's oldest lighthouse stands at the country's southernmost point, about 45 minutes by car from Mandal.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RIB Speed Boat Archipelago Tour — </w:t>
      </w:r>
      <w:r>
        <w:rPr>
          <w:rFonts w:ascii="Arial" w:hAnsi="Arial" w:cs="Arial"/>
          <w:b w:val="0"/>
          <w:i w:val="0"/>
          <w:sz w:val="20"/>
        </w:rPr>
        <w:t>High-speed rigid inflatable boat tours thread through Mandal's island archipelago, often heading toward Ryvingen Lighthouse.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to Sjøsanden Beach: </w:t>
      </w:r>
      <w:r>
        <w:rPr>
          <w:rFonts w:ascii="Arial" w:hAnsi="Arial" w:cs="Arial"/>
          <w:b w:val="0"/>
          <w:i w:val="0"/>
          <w:sz w:val="20"/>
        </w:rPr>
        <w:t>3 km round trip · 45 min · Easy flat walk — From the town center, walk west along the river and through the old town streets before following…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Uranienborg Viewpoint: </w:t>
      </w:r>
      <w:r>
        <w:rPr>
          <w:rFonts w:ascii="Arial" w:hAnsi="Arial" w:cs="Arial"/>
          <w:b w:val="0"/>
          <w:i w:val="0"/>
          <w:sz w:val="20"/>
        </w:rPr>
        <w:t>15 min walk · Short steep climb · Panoramic views — From the town center, a short but steep path leads up to Uranienborg — once an optical telegraph…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5:06AM–9:48PM · Jul 4:50AM–10:21PM · Sep 6:59AM–7:51PM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cruiseports.org/mandal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Mandal, Agder,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nda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Uranienborg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Mandal Kirke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Landehovde coastal fort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Spidsbo (Beach/Strand)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Ryvingen Lighthouse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