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Måløy, Vestland, Norway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working Norwegian fishing town on the island of Vågsøy where a legendary WWII commando raid meets one of Europe's most striking rock formations — and the cruise pier sits steps from the centre.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(Garpeskjær Quay) · 🕒 Typical call: 6-8 hrs · 💵 Norwegian Krone (NOK) — cards accepted everywhere · 🗣️ Norwegian · 🎣 Authentic fishing-port atmosphere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Docked at Garpeskjær Quay, 5–10 min walk to town centre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WWII history, coastal scenery, Kannesteinen rock formation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Måløy Raid Centre — Operation Archery brought 'Mad Jack' Churchill here in 1941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Weather: </w:t>
      </w:r>
      <w:r>
        <w:rPr>
          <w:rFonts w:ascii="Arial" w:hAnsi="Arial" w:cs="Arial"/>
          <w:b w:val="0"/>
          <w:i w:val="0"/>
          <w:sz w:val="20"/>
        </w:rPr>
        <w:t>Unpredictable coastal climate; windproof layers essential year-round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128–325 NOK — Local taxis (Måløy Taxi) available for trips to outlying sights like Kannesteinen or Refviksanden Beach. Norway caps tax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Måløy Raid Centre — Operation Archery — </w:t>
      </w:r>
      <w:r>
        <w:rPr>
          <w:rFonts w:ascii="Arial" w:hAnsi="Arial" w:cs="Arial"/>
          <w:b w:val="0"/>
          <w:i w:val="0"/>
          <w:sz w:val="20"/>
        </w:rPr>
        <w:t>The centrepiece of any visit: an interactive museum telling the story of the 27 December 1941 commando raid on Vågsøy — the first…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Kannesteinen &amp; Refviksanden Beach — </w:t>
      </w:r>
      <w:r>
        <w:rPr>
          <w:rFonts w:ascii="Arial" w:hAnsi="Arial" w:cs="Arial"/>
          <w:b w:val="0"/>
          <w:i w:val="0"/>
          <w:sz w:val="20"/>
        </w:rPr>
        <w:t>Kannesteinen is a mushroom-shaped boulder sculpted by millennia of Atlantic waves near Oppedal village, ≈10 km from the pier…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Vestkapp &amp; Kråkenes Lighthouse RIB Safari — </w:t>
      </w:r>
      <w:r>
        <w:rPr>
          <w:rFonts w:ascii="Arial" w:hAnsi="Arial" w:cs="Arial"/>
          <w:b w:val="0"/>
          <w:i w:val="0"/>
          <w:sz w:val="20"/>
        </w:rPr>
        <w:t>Vestkapp (West Cape), on the Stadlandet peninsula, is the westernmost mountain plateau on mainland Norway, with clifftop…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Selja Monastery Boat Tour — </w:t>
      </w:r>
      <w:r>
        <w:rPr>
          <w:rFonts w:ascii="Arial" w:hAnsi="Arial" w:cs="Arial"/>
          <w:b w:val="0"/>
          <w:i w:val="0"/>
          <w:sz w:val="20"/>
        </w:rPr>
        <w:t>A guided boat trip to Selja Island (≈30 min from Måløy) where Norway's only female saint, St Sunniva, is said to have perished.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Street Art Walk &amp; Town Stroll — </w:t>
      </w:r>
      <w:r>
        <w:rPr>
          <w:rFonts w:ascii="Arial" w:hAnsi="Arial" w:cs="Arial"/>
          <w:b w:val="0"/>
          <w:i w:val="0"/>
          <w:sz w:val="20"/>
        </w:rPr>
        <w:t>Måløy's compact centre features ≈20 murals and street-art pieces celebrating coastal fishing culture, all within easy walking…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Town Centre &amp; Waterfront Loop: </w:t>
      </w:r>
      <w:r>
        <w:rPr>
          <w:rFonts w:ascii="Arial" w:hAnsi="Arial" w:cs="Arial"/>
          <w:b w:val="0"/>
          <w:i w:val="0"/>
          <w:sz w:val="20"/>
        </w:rPr>
        <w:t>1.5 km · 25 min · Flat · Free — From the pier, walk along the waterfront promenade past working fishing trawlers, through the town…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Kletten Day-Hike: </w:t>
      </w:r>
      <w:r>
        <w:rPr>
          <w:rFonts w:ascii="Arial" w:hAnsi="Arial" w:cs="Arial"/>
          <w:b w:val="0"/>
          <w:i w:val="0"/>
          <w:sz w:val="20"/>
        </w:rPr>
        <w:t>2-3 hrs return · Moderate · Free — A family-friendly hike up to the Kletten day-trip cabin above town, rewarding with panoramic views…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4:46AM–10:27PM · Jul 4:24AM–11:05PM · Sep 7:06AM–8:01PM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cruiseports.org/maloy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Måløy, Vestland, Norway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aloy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Måløyraid Senteret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Kannesteinen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Ellingskarshornet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