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Makkovik, Labrador,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North America's most remote cruise calls, Makkovik is a living Inuit community in Nunatsiavut where Moravian history, handcrafted Labradorite jewelry, and iceberg-studded boardwalks await the adventurous traveller.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depending on ship · 🕒 Typical call: 4–6 hrs · 💵 Canadian Dollar (CAD) · 🗣️ English / Inuktitut · 🚫 Dry community (no alcohol)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Main dock 244 m — small expedition ships berth; larger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Compact town — dock to main street under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Inuit culture, Moravian heritage, subarctic scenery, iceberg viewing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White Elephant Museum, Poet's Path, Makkovik Craft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Elephant Museum — </w:t>
      </w:r>
      <w:r>
        <w:rPr>
          <w:rFonts w:ascii="Arial" w:hAnsi="Arial" w:cs="Arial"/>
          <w:b w:val="0"/>
          <w:i w:val="0"/>
          <w:sz w:val="20"/>
        </w:rPr>
        <w:t>The 1915 Moravian Mission building now houses over 200 artifacts, photographs, and documents tracing the history of the Labrador…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Poet's Path &amp; Moravian Woods Walk — </w:t>
      </w:r>
      <w:r>
        <w:rPr>
          <w:rFonts w:ascii="Arial" w:hAnsi="Arial" w:cs="Arial"/>
          <w:b w:val="0"/>
          <w:i w:val="0"/>
          <w:sz w:val="20"/>
        </w:rPr>
        <w:t>A beautiful boardwalk and trail winding through a rare dense stand of spruce trees — unusual for this latitude.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Boardwalk — </w:t>
      </w:r>
      <w:r>
        <w:rPr>
          <w:rFonts w:ascii="Arial" w:hAnsi="Arial" w:cs="Arial"/>
          <w:b w:val="0"/>
          <w:i w:val="0"/>
          <w:sz w:val="20"/>
        </w:rPr>
        <w:t>Two community boardwalks face the Atlantic Ocean, offering prime views of icebergs drifting along the Labrador coast during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Makkovik Craft Centre — </w:t>
      </w:r>
      <w:r>
        <w:rPr>
          <w:rFonts w:ascii="Arial" w:hAnsi="Arial" w:cs="Arial"/>
          <w:b w:val="0"/>
          <w:i w:val="0"/>
          <w:sz w:val="20"/>
        </w:rPr>
        <w:t>Browse and buy authentic Nunatsiavut artisan work: sealskin and cowhide goods, traditional Inuit silipak coats, crocheted items…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Makkovik Hill Hike — </w:t>
      </w:r>
      <w:r>
        <w:rPr>
          <w:rFonts w:ascii="Arial" w:hAnsi="Arial" w:cs="Arial"/>
          <w:b w:val="0"/>
          <w:i w:val="0"/>
          <w:sz w:val="20"/>
        </w:rPr>
        <w:t>A moderate hike up Makkovik Hill rewards with sweeping views over the community, Makkovik Bay, and the subarctic coastline.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Culture Loop: </w:t>
      </w:r>
      <w:r>
        <w:rPr>
          <w:rFonts w:ascii="Arial" w:hAnsi="Arial" w:cs="Arial"/>
          <w:b w:val="0"/>
          <w:i w:val="0"/>
          <w:sz w:val="20"/>
        </w:rPr>
        <w:t>1.5 km · 45–60 min · Easy — From the dock, walk into town to the White Elephant Museum and Makkovik Craft Centre, then loop…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5:52AM–8:01PM · Jun 4:16AM–9:37PM · Aug 5:31AM–8:29PM · Sep 6:29AM–7:12PM · Oct 7:27AM–5:56PM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Dry community: Makkovik prohibits alcohol. Do not bring it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up: Even in summer, subarctic wind off the Labrador Sea can be biting. Waterproof, windproof outer layers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Iceberg season: June and early July typically offer the best iceberg sightings from the boardwalks.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cruiseports.org/makkovik-nl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