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Makarska,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Sheer limestone peaks of Biokovo rise almost 2,000 m directly behind red-roofed Makarska — a seaside town where a Franciscan monastery harbours one of the world's finest shell collections and a Skywalk dangles over the Adriatic.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docked (size-dependent) · 🕒 Typical call: 6–8 hrs · 💶 Currency: Euro (€) · 🗣️ Language: Croatian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 ships tender; small/expedition ships dock at the Osejava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the Riva promenade is right at the landing point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mountain scenery, Dalmatian cuisine, easy strolling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Biokovo Skywalk (glass platform 1,228 m up) &amp; the Franciscan Shell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Local taxis are available at the port. The base fare is around €5 with ~€4/km; most in-town rides cost under €15. Useful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Biokovo Skywalk &amp; Nature Park — </w:t>
      </w:r>
      <w:r>
        <w:rPr>
          <w:rFonts w:ascii="Arial" w:hAnsi="Arial" w:cs="Arial"/>
          <w:b w:val="0"/>
          <w:i w:val="0"/>
          <w:sz w:val="20"/>
        </w:rPr>
        <w:t>A horseshoe-shaped glass viewing platform suspended at 1,228 m offers dizzying views of the islands of Hvar, Brač and Korčula.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Franciscan Monastery &amp; Shell Museum — </w:t>
      </w:r>
      <w:r>
        <w:rPr>
          <w:rFonts w:ascii="Arial" w:hAnsi="Arial" w:cs="Arial"/>
          <w:b w:val="0"/>
          <w:i w:val="0"/>
          <w:sz w:val="20"/>
        </w:rPr>
        <w:t>A 16th-century Franciscan monastery in the heart of the old town houses one of the most scientifically significant shell…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Makarska Town Beach (Gradska Plaža) — </w:t>
      </w:r>
      <w:r>
        <w:rPr>
          <w:rFonts w:ascii="Arial" w:hAnsi="Arial" w:cs="Arial"/>
          <w:b w:val="0"/>
          <w:i w:val="0"/>
          <w:sz w:val="20"/>
        </w:rPr>
        <w:t>A 2 km stretch of fine pebbles backed by pine trees, 10–15 min on foot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Nugal Beach Hike — </w:t>
      </w:r>
      <w:r>
        <w:rPr>
          <w:rFonts w:ascii="Arial" w:hAnsi="Arial" w:cs="Arial"/>
          <w:b w:val="0"/>
          <w:i w:val="0"/>
          <w:sz w:val="20"/>
        </w:rPr>
        <w:t>A 40-minute trail through Osejava Forest leads to a dramatic, cliff-framed pebble cove.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Boat Trip to Hvar or Brač — </w:t>
      </w:r>
      <w:r>
        <w:rPr>
          <w:rFonts w:ascii="Arial" w:hAnsi="Arial" w:cs="Arial"/>
          <w:b w:val="0"/>
          <w:i w:val="0"/>
          <w:sz w:val="20"/>
        </w:rPr>
        <w:t>Several operators run day trips to Hvar town or the beaches of Brač.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Riva Stroll: </w:t>
      </w:r>
      <w:r>
        <w:rPr>
          <w:rFonts w:ascii="Arial" w:hAnsi="Arial" w:cs="Arial"/>
          <w:b w:val="0"/>
          <w:i w:val="0"/>
          <w:sz w:val="20"/>
        </w:rPr>
        <w:t>1.5 km · 30–45 min · Flat · Free — From the tender landing on the Riva, walk west along the promenade past the statue of poet Andrija…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Peter Peninsula Loop: </w:t>
      </w:r>
      <w:r>
        <w:rPr>
          <w:rFonts w:ascii="Arial" w:hAnsi="Arial" w:cs="Arial"/>
          <w:b w:val="0"/>
          <w:i w:val="0"/>
          <w:sz w:val="20"/>
        </w:rPr>
        <w:t>2 km · 45 min · Easy · Free — Head west from the harbour along the Riva and enter the forested Sveti Petar peninsula.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5:28AM–8:09PM · Jul 5:25AM–8:29PM · Sep 6:31AM–7:01PM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cruiseports.org/makarska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Makarska, Dalmatia,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karsk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 of Mount Carmel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Malacological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Poučna staza "Francuska cesta"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Admiral Automat Club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Zale's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Shrine of Our Lady of Lourdes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Skywalk Biokovo quad, buggy and scooter tours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