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Majuro, Marshall Islands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narrow ribbon of coral barely wider than a road in places, Majuro lets you stand between the open Pacific and its calm lagoon at the same time. Authentic, unhurried, and unlike any other Pacific port.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(Delap Dock, most ships) · 🕒 Typical call: 7-9 hrs · 💵 USD · 🗣️ Marshallese &amp;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at Delap commercial dock; occasional anchor/tender for larger ships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 mile to Delap area; 2.5 miles to Uliga (shared taxi $2 USD)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WWII history, Marshallese weaving, lagoon snorkeling, authentic Pacific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Alele Museum stick charts, Eneko Island snorkeling, roadside craft market at pier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$1–$2 per person — Shared taxis are the main local transport, running along the single road through the Delap-Uliga-Djarrit (DUD) area. Fla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Alele Museum &amp; Marshallese Stick Charts — </w:t>
      </w:r>
      <w:r>
        <w:rPr>
          <w:rFonts w:ascii="Arial" w:hAnsi="Arial" w:cs="Arial"/>
          <w:b w:val="0"/>
          <w:i w:val="0"/>
          <w:sz w:val="20"/>
        </w:rPr>
        <w:t>The Alele Museum in Uliga houses priceless artifacts and the world's best explanation of stick charts — the ancient…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Eneko Island Lagoon Day — </w:t>
      </w:r>
      <w:r>
        <w:rPr>
          <w:rFonts w:ascii="Arial" w:hAnsi="Arial" w:cs="Arial"/>
          <w:b w:val="0"/>
          <w:i w:val="0"/>
          <w:sz w:val="20"/>
        </w:rPr>
        <w:t>A small private islet in the lagoon reached by a 30-minute boat from Hotel Robert Reimers in Uliga.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WWII Peace Park &amp; Cathedral Walk — </w:t>
      </w:r>
      <w:r>
        <w:rPr>
          <w:rFonts w:ascii="Arial" w:hAnsi="Arial" w:cs="Arial"/>
          <w:b w:val="0"/>
          <w:i w:val="0"/>
          <w:sz w:val="20"/>
        </w:rPr>
        <w:t>The Marshall Islands Peace Park (built by Japan) honors Pacific WWII casualties in a serene garden setting near Delap.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Laura Beach &amp; Village — </w:t>
      </w:r>
      <w:r>
        <w:rPr>
          <w:rFonts w:ascii="Arial" w:hAnsi="Arial" w:cs="Arial"/>
          <w:b w:val="0"/>
          <w:i w:val="0"/>
          <w:sz w:val="20"/>
        </w:rPr>
        <w:t>The far western tip of the atoll is another world — lush, green, agricultural, with Laura Beach Park offering white sand, calm…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Sashimi Lunch at the Tide Table — </w:t>
      </w:r>
      <w:r>
        <w:rPr>
          <w:rFonts w:ascii="Arial" w:hAnsi="Arial" w:cs="Arial"/>
          <w:b w:val="0"/>
          <w:i w:val="0"/>
          <w:sz w:val="20"/>
        </w:rPr>
        <w:t>The Tide Table restaurant at Hotel Robert Reimers in Uliga is the social heart of Majuro.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Delap Dock to Peace Park &amp; Cathedral: </w:t>
      </w:r>
      <w:r>
        <w:rPr>
          <w:rFonts w:ascii="Arial" w:hAnsi="Arial" w:cs="Arial"/>
          <w:b w:val="0"/>
          <w:i w:val="0"/>
          <w:sz w:val="20"/>
        </w:rPr>
        <w:t>~1 mile • 20-30 min • Easy • Free — From the pier, walk west along the main road past the government buildings to the Marshall Islands…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Uliga Commercial District Stroll: </w:t>
      </w:r>
      <w:r>
        <w:rPr>
          <w:rFonts w:ascii="Arial" w:hAnsi="Arial" w:cs="Arial"/>
          <w:b w:val="0"/>
          <w:i w:val="0"/>
          <w:sz w:val="20"/>
        </w:rPr>
        <w:t>~0.5 mile in Uliga • Easy • $2 taxi to get there — Ride a shared taxi to Uliga (the main town hub) and explore on foot: the Alele Museum, local…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6:17AM–6:43PM · Jul 6:25AM–6:55PM · Sep 6:25AM–6:34PM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cruiseports.org/majuro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