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Macquarie Island, Tasmania, Australia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One of the planet's most remote wildlife sanctuaries, Macquarie Island hosts the world's only Royal Penguin breeding colony alongside thundering elephant seal harems and millions of seabirds — all on a windswept UNESCO World Heritage plateau in the Southern Ocean.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Zodiac landing (no pier, no tender) · 🕒 Typical call: 4–6 hrs (weather-dependent) · 💵 AUD (no shops on island) · 🗣️ English · 🌡️ Cold year-round: 4–7°C / 39–45°F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Zodiac inflatable boat landings only — no pier, no dock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Landing Sites: </w:t>
      </w:r>
      <w:r>
        <w:rPr>
          <w:rFonts w:ascii="Arial" w:hAnsi="Arial" w:cs="Arial"/>
          <w:b w:val="0"/>
          <w:i w:val="0"/>
          <w:sz w:val="20"/>
        </w:rPr>
        <w:t>The Isthmus (research station) and Sandy Bay (penguin colonies)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Wildlife photography, Royal Penguins, elephant seals, Southern Ocean wilderness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Royal Penguins at Sandy Bay boardwalk — the only place on Earth they breed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Royal Penguin Colony — Sandy Bay Boardwalk — </w:t>
      </w:r>
      <w:r>
        <w:rPr>
          <w:rFonts w:ascii="Arial" w:hAnsi="Arial" w:cs="Arial"/>
          <w:b w:val="0"/>
          <w:i w:val="0"/>
          <w:sz w:val="20"/>
        </w:rPr>
        <w:t>The world's only Royal Penguin breeding ground.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The Isthmus — Research Station &amp; Gentoo Colonies — </w:t>
      </w:r>
      <w:r>
        <w:rPr>
          <w:rFonts w:ascii="Arial" w:hAnsi="Arial" w:cs="Arial"/>
          <w:b w:val="0"/>
          <w:i w:val="0"/>
          <w:sz w:val="20"/>
        </w:rPr>
        <w:t>The northern landing site hosts Australia's Antarctic Division research station (operating since 1948), massive gentoo penguin…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Zodiac Coastal Cruise — </w:t>
      </w:r>
      <w:r>
        <w:rPr>
          <w:rFonts w:ascii="Arial" w:hAnsi="Arial" w:cs="Arial"/>
          <w:b w:val="0"/>
          <w:i w:val="0"/>
          <w:sz w:val="20"/>
        </w:rPr>
        <w:t>When landings are unsafe, ship Zodiacs cruise close to the wave-battered cliffs.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Sealing &amp; Whaling Heritage Walk — </w:t>
      </w:r>
      <w:r>
        <w:rPr>
          <w:rFonts w:ascii="Arial" w:hAnsi="Arial" w:cs="Arial"/>
          <w:b w:val="0"/>
          <w:i w:val="0"/>
          <w:sz w:val="20"/>
        </w:rPr>
        <w:t>Sandy Bay and the Nuggets area preserve rusting digesters, grave sites, and hut remnants from 19th-century sealing and elephant…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Albatross &amp; Seabird Spotting — </w:t>
      </w:r>
      <w:r>
        <w:rPr>
          <w:rFonts w:ascii="Arial" w:hAnsi="Arial" w:cs="Arial"/>
          <w:b w:val="0"/>
          <w:i w:val="0"/>
          <w:sz w:val="20"/>
        </w:rPr>
        <w:t>Around 3.5 million seabirds of 13 species nest annually on Macquarie, including wandering, black-browed, grey-headed, and…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Sandy Bay Boardwalk: </w:t>
      </w:r>
      <w:r>
        <w:rPr>
          <w:rFonts w:ascii="Arial" w:hAnsi="Arial" w:cs="Arial"/>
          <w:b w:val="0"/>
          <w:i w:val="0"/>
          <w:sz w:val="20"/>
        </w:rPr>
        <w:t>~1 km loop | Easy | Guided — A well-maintained timber boardwalk winds through tussock grass and Royal Penguin colonies at Sandy…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The Isthmus Loop: </w:t>
      </w:r>
      <w:r>
        <w:rPr>
          <w:rFonts w:ascii="Arial" w:hAnsi="Arial" w:cs="Arial"/>
          <w:b w:val="0"/>
          <w:i w:val="0"/>
          <w:sz w:val="20"/>
        </w:rPr>
        <w:t>~2 km | Easy–Moderate | Guided — Walk from the Zodiac landing beach around the research station to the Razorback viewpoint…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Apr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Jun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Aug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Oct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21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Apr 6:14AM–4:33PM · Jun 7:46AM–3:03PM · Aug 6:45AM–4:13PM · Sep 5:31AM–5:08PM · Oct 5:16AM–7:05PM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KNOW BEFORE YOU GO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Waterproof everything. You will sit on wet Zodiac pontoons and wade through surf. Waterproof pants, gloves, and a dry bag for your camera are essential — not…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Biosecurity is serious. Clean all velcro, pockets, and boot soles before landing. The island's pest-free status (achieved in 2014) is one of conservation's…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Let penguins come to you. Sit quietly on the beach and curious Royal or King Penguins will often walk right up to inspect your boots. You must stay 5 m away…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cruiseports.org/macquarie-island-tasmania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