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Lyngseidet, Troms,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Lyngen Alps plunge straight into an Arctic fjord. Lyngseidet is a small, authentic Norwegian village backed by snow-capped peaks — an expedition favourite for hikers, kayakers, and anyone chasing the midnight sun.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or small quay · 🕒 Typical call: 6-8 hrs · 💵 NOK (cards everywhere — Norway is nearly cashless) · 🗣️ Norwegian · 🌞 Midnight Sun (May–Jul) / Northern Lights (Sep–Apr)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 quay or tender; most expedition ships use the ferry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Village centre is right at the pier — 2 min 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Hiking, fjord scenery, whisky distillery, Arctic photography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Lyngentrappa — 1,200 steps to a 468 m viewpoint over the fjord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NOK 100–200 (~$9–18 USD) for short trips — Local taxis are available for trips around Lyngen municipality. Norwegian taxis charge a base fare of ~NOK 100 plus ~NOK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Lyngentrappa — The Lyngen Stairs — </w:t>
      </w:r>
      <w:r>
        <w:rPr>
          <w:rFonts w:ascii="Arial" w:hAnsi="Arial" w:cs="Arial"/>
          <w:b w:val="0"/>
          <w:i w:val="0"/>
          <w:sz w:val="20"/>
        </w:rPr>
        <w:t>Hike 1,200 steps (completed 2022) from the fjord shore up to 'Verdens Ende' (World's End) at 468 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Lyngenfjord Kayak — </w:t>
      </w:r>
      <w:r>
        <w:rPr>
          <w:rFonts w:ascii="Arial" w:hAnsi="Arial" w:cs="Arial"/>
          <w:b w:val="0"/>
          <w:i w:val="0"/>
          <w:sz w:val="20"/>
        </w:rPr>
        <w:t>Guided sea-kayak tours paddle beneath the peaks of the Lyngen Alps with reflections of glaciers and snow-capped summits in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Aurora Spirit Distillery Visit — </w:t>
      </w:r>
      <w:r>
        <w:rPr>
          <w:rFonts w:ascii="Arial" w:hAnsi="Arial" w:cs="Arial"/>
          <w:b w:val="0"/>
          <w:i w:val="0"/>
          <w:sz w:val="20"/>
        </w:rPr>
        <w:t>Located 12 km north of Lyngseidet, this is the world's northernmost whisky distillery.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Fjord Fishing &amp; Wildlife Cruise — </w:t>
      </w:r>
      <w:r>
        <w:rPr>
          <w:rFonts w:ascii="Arial" w:hAnsi="Arial" w:cs="Arial"/>
          <w:b w:val="0"/>
          <w:i w:val="0"/>
          <w:sz w:val="20"/>
        </w:rPr>
        <w:t>Head out on Lyngenfjord to fish for cod, haddock, and coalfish while scanning for sea eagles, porpoises, and — in season…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Lyngen Church &amp; Village Walk — </w:t>
      </w:r>
      <w:r>
        <w:rPr>
          <w:rFonts w:ascii="Arial" w:hAnsi="Arial" w:cs="Arial"/>
          <w:b w:val="0"/>
          <w:i w:val="0"/>
          <w:sz w:val="20"/>
        </w:rPr>
        <w:t>Lyngen Church (1782, on a site used since c.1740) is one of northern Norway's oldest churches.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Centre Stroll: </w:t>
      </w:r>
      <w:r>
        <w:rPr>
          <w:rFonts w:ascii="Arial" w:hAnsi="Arial" w:cs="Arial"/>
          <w:b w:val="0"/>
          <w:i w:val="0"/>
          <w:sz w:val="20"/>
        </w:rPr>
        <w:t>30 min · Flat · Free — From the pier, walk to Gollis (the 9 m Santa Claus statue), Prestelvparken, Lyngen Church,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Lyngentrappa Staircase: </w:t>
      </w:r>
      <w:r>
        <w:rPr>
          <w:rFonts w:ascii="Arial" w:hAnsi="Arial" w:cs="Arial"/>
          <w:b w:val="0"/>
          <w:i w:val="0"/>
          <w:sz w:val="20"/>
        </w:rPr>
        <w:t>2-4 hrs return · Strenuous · Free — Start at the Lyngentrappa trailhead near the waterfront and climb 1,200 steps to the 468 m…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Sep 5:53AM–7:12PM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cruiseports.org/lyngseidet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Lyngseidet, Troms,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yngseidet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Aurora Spirit as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Hotell Savoy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Team Lyngen Tours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