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Lundy Island, Devon,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granite outcrop in the Bristol Channel where puffins nest on windswept cliffs, Atlantic grey seals haul out on rocky shores, and a pub that never locks its doors waits at the top of a steep hill. Lundy is remote, raw, and completely car-free.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 for cruise ships) · 🕒 Typical call: 4–6 hrs · 💷 Currency: British Pound (GBP) · 🗣️ Language: English · 🌊 Weather-dependent landing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Beach Jetty — anchor in Lundy Roads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~0.6 mi uphill from jetty (15–25 min, steep)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walking, digital detox,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Marisco Tavern &amp; mailing a postcard with a Lundy stamp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Puffin Watching at Jenny's Cove — </w:t>
      </w:r>
      <w:r>
        <w:rPr>
          <w:rFonts w:ascii="Arial" w:hAnsi="Arial" w:cs="Arial"/>
          <w:b w:val="0"/>
          <w:i w:val="0"/>
          <w:sz w:val="20"/>
        </w:rPr>
        <w:t>Walk the west coast path to Jenny's Cove to spot Atlantic puffins nesting in cliff burrows.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Seal Spotting at Landing Bay — </w:t>
      </w:r>
      <w:r>
        <w:rPr>
          <w:rFonts w:ascii="Arial" w:hAnsi="Arial" w:cs="Arial"/>
          <w:b w:val="0"/>
          <w:i w:val="0"/>
          <w:sz w:val="20"/>
        </w:rPr>
        <w:t>Atlantic grey seals are resident year-round and frequently haul out on the rocks near the jetty.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Marisco Castle &amp; Old Light — </w:t>
      </w:r>
      <w:r>
        <w:rPr>
          <w:rFonts w:ascii="Arial" w:hAnsi="Arial" w:cs="Arial"/>
          <w:b w:val="0"/>
          <w:i w:val="0"/>
          <w:sz w:val="20"/>
        </w:rPr>
        <w:t>The 13th-century Marisco Castle was built by Henry III to repel pirates.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Coast Cliff Walk — </w:t>
      </w:r>
      <w:r>
        <w:rPr>
          <w:rFonts w:ascii="Arial" w:hAnsi="Arial" w:cs="Arial"/>
          <w:b w:val="0"/>
          <w:i w:val="0"/>
          <w:sz w:val="20"/>
        </w:rPr>
        <w:t>Follow the western cliff path for dramatic Atlantic views and to look for Lundy Cabbage — a yellow-flowered plant that exists…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Lundy Stamp Post Office — </w:t>
      </w:r>
      <w:r>
        <w:rPr>
          <w:rFonts w:ascii="Arial" w:hAnsi="Arial" w:cs="Arial"/>
          <w:b w:val="0"/>
          <w:i w:val="0"/>
          <w:sz w:val="20"/>
        </w:rPr>
        <w:t>Buy a postcard at the General Store, attach a Lundy island stamp alongside a Royal Mail stamp, and post it from the island's red…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Jetty to Village &amp; Marisco Tavern: </w:t>
      </w:r>
      <w:r>
        <w:rPr>
          <w:rFonts w:ascii="Arial" w:hAnsi="Arial" w:cs="Arial"/>
          <w:b w:val="0"/>
          <w:i w:val="0"/>
          <w:sz w:val="20"/>
        </w:rPr>
        <w:t>0.6 mi · 15–25 min · Steep climb — The essential walk for every visitor.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Old Light Lighthouse: </w:t>
      </w:r>
      <w:r>
        <w:rPr>
          <w:rFonts w:ascii="Arial" w:hAnsi="Arial" w:cs="Arial"/>
          <w:b w:val="0"/>
          <w:i w:val="0"/>
          <w:sz w:val="20"/>
        </w:rPr>
        <w:t>0.5 mi · 10–15 min · Easy — From the village, walk north along the ridge to the 1819 Old Light lighthouse at the island's…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Coast Cliff Walk to Jenny's Cove: </w:t>
      </w:r>
      <w:r>
        <w:rPr>
          <w:rFonts w:ascii="Arial" w:hAnsi="Arial" w:cs="Arial"/>
          <w:b w:val="0"/>
          <w:i w:val="0"/>
          <w:sz w:val="20"/>
        </w:rPr>
        <w:t>~2 mi one-way · 45–60 min · Moderate — Head west from the village across the plateau then follow the cliff path north to Jenny's Cove…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5:28AM–9:02PM · Jul 5:21AM–9:27PM · Sep 6:54AM–7:32PM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cruiseports.org/lundy-island-england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Lundy Island, Devon,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ndy-island-eng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Lundy Heritage Coast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Lundy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