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Lovund Island, Helgeland,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great surprises: a booming island of 500 people, a colony of 200,000 puffins nesting in Atlantic scree, and a mountain summit with views stretching to the mainland glaciers.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5–7 hrs · 💵 Norwegian Krone (NOK) — cards accepted everywhere · 🗣️ Norwegian · 🐦 Puffins Apr–Aug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Lovund Guest Marina (Gjestehavn)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3–5 min flat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watching, summit hiking, Arctic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Lundeura puffin scree at dusk; Lovundfjellet summit (623 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Lundeura Puffin Colony — </w:t>
      </w:r>
      <w:r>
        <w:rPr>
          <w:rFonts w:ascii="Arial" w:hAnsi="Arial" w:cs="Arial"/>
          <w:b w:val="0"/>
          <w:i w:val="0"/>
          <w:sz w:val="20"/>
        </w:rPr>
        <w:t>Follow the signposted Lundvollveien from the harbor through the village and past the cemetery to the viewing platform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Lovundfjellet Summit Hike — </w:t>
      </w:r>
      <w:r>
        <w:rPr>
          <w:rFonts w:ascii="Arial" w:hAnsi="Arial" w:cs="Arial"/>
          <w:b w:val="0"/>
          <w:i w:val="0"/>
          <w:sz w:val="20"/>
        </w:rPr>
        <w:t>Strenuous ascent to the 623-metre summit on a marked trail from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Culture Center (Kystkultursenteret) — </w:t>
      </w:r>
      <w:r>
        <w:rPr>
          <w:rFonts w:ascii="Arial" w:hAnsi="Arial" w:cs="Arial"/>
          <w:b w:val="0"/>
          <w:i w:val="0"/>
          <w:sz w:val="20"/>
        </w:rPr>
        <w:t>Small museum near the harbor covering Lovund's transformation from a poor fishing village to a thriving salmon-farming hub.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Lovund Boat Museum — </w:t>
      </w:r>
      <w:r>
        <w:rPr>
          <w:rFonts w:ascii="Arial" w:hAnsi="Arial" w:cs="Arial"/>
          <w:b w:val="0"/>
          <w:i w:val="0"/>
          <w:sz w:val="20"/>
        </w:rPr>
        <w:t>Opened summer 2024, this small museum displays the conserved remains of the 'Lovundbåten' — a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Lovund Hotel Floating Sauna — </w:t>
      </w:r>
      <w:r>
        <w:rPr>
          <w:rFonts w:ascii="Arial" w:hAnsi="Arial" w:cs="Arial"/>
          <w:b w:val="0"/>
          <w:i w:val="0"/>
          <w:sz w:val="20"/>
        </w:rPr>
        <w:t>The Lovund Hotel offers a floating sauna session followed by a plunge into Arctic waters — a quintessentially Norwegian experience.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Lundeura Puffin Scree: </w:t>
      </w:r>
      <w:r>
        <w:rPr>
          <w:rFonts w:ascii="Arial" w:hAnsi="Arial" w:cs="Arial"/>
          <w:b w:val="0"/>
          <w:i w:val="0"/>
          <w:sz w:val="20"/>
        </w:rPr>
        <w:t>~2 km round-trip · Easy · 30–45 min — From the guest marina, follow Lundvollveien (signposted 'To Puffins') through the village and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Boat Museum: </w:t>
      </w:r>
      <w:r>
        <w:rPr>
          <w:rFonts w:ascii="Arial" w:hAnsi="Arial" w:cs="Arial"/>
          <w:b w:val="0"/>
          <w:i w:val="0"/>
          <w:sz w:val="20"/>
        </w:rPr>
        <w:t>1.5 km · Easy · 30 min — A short wander through the colorful village, past the Lovund Hotel, Lovund Boat Museum, and Coastal…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5:28AM–8:54PM · Aug 4:46AM–9:41PM · Sep 6:30AM–7:38PM · Oct 8:08AM–5:42PM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Puffins are seasonal. The colony is only present mid-April to late August. Check your call date — outside that window, Lundeura is just a rocky hillside.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Cards only — no cash needed. Norway is virtually cashless. Your credit or debit card works everywhere on the island, including museum entry and the hotel café.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up. Weather on the outer Helgeland coast changes fast. Even on sunny summer days, a windproof jacket is essential — especially on the summit.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cruiseports.org/lovund-island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