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Lovango Cay, US Virgin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118-acre private island anchored in Pillsbury Sound between St. Thomas and St. John, Lovango Cay trades cruise-ship crowds for a solar-powered beach club, a 70-foot infinity pool, and some of the USVI's best snorkeling right off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5–8 hrs · 💵 USD (cashless island) · 🗣️ English · 🌿 Eco-resort private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from anchored ship to Lovango Resort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Everything within 5 min of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club days, snorkeling, escape from big-ship crowds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Infinity pool overlook, Congo Cay snorkel, North Beach hike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Infinity Pool &amp; Beach Club Day — </w:t>
      </w:r>
      <w:r>
        <w:rPr>
          <w:rFonts w:ascii="Arial" w:hAnsi="Arial" w:cs="Arial"/>
          <w:b w:val="0"/>
          <w:i w:val="0"/>
          <w:sz w:val="20"/>
        </w:rPr>
        <w:t>The centrepiece of Lovango is a 70-foot infinity pool perched above South Beach, with loungers, cabanas, and full bar service.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Congo Cay Snorkel Safari — </w:t>
      </w:r>
      <w:r>
        <w:rPr>
          <w:rFonts w:ascii="Arial" w:hAnsi="Arial" w:cs="Arial"/>
          <w:b w:val="0"/>
          <w:i w:val="0"/>
          <w:sz w:val="20"/>
        </w:rPr>
        <w:t>A short boat transfer reaches Congo Cay, a protected bird sanctuary to the north of Lovango with a pristine barrier reef.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Viewpoint Hike — </w:t>
      </w:r>
      <w:r>
        <w:rPr>
          <w:rFonts w:ascii="Arial" w:hAnsi="Arial" w:cs="Arial"/>
          <w:b w:val="0"/>
          <w:i w:val="0"/>
          <w:sz w:val="20"/>
        </w:rPr>
        <w:t>A self-guided trail climbs to the island's highest point for 360° views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Beach (Crescent Beach) — </w:t>
      </w:r>
      <w:r>
        <w:rPr>
          <w:rFonts w:ascii="Arial" w:hAnsi="Arial" w:cs="Arial"/>
          <w:b w:val="0"/>
          <w:i w:val="0"/>
          <w:sz w:val="20"/>
        </w:rPr>
        <w:t>A short hike across the island leads to the wilder North Beach (Crescent Beach).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Dining at The Sand Bar — </w:t>
      </w:r>
      <w:r>
        <w:rPr>
          <w:rFonts w:ascii="Arial" w:hAnsi="Arial" w:cs="Arial"/>
          <w:b w:val="0"/>
          <w:i w:val="0"/>
          <w:sz w:val="20"/>
        </w:rPr>
        <w:t>Skip the fine-dining reservation and pull up a stool at The Sand Bar for wood-fired pizza, tacos, and frozen rum drinks with your…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 to Viewpoint Loop: </w:t>
      </w:r>
      <w:r>
        <w:rPr>
          <w:rFonts w:ascii="Arial" w:hAnsi="Arial" w:cs="Arial"/>
          <w:b w:val="0"/>
          <w:i w:val="0"/>
          <w:sz w:val="20"/>
        </w:rPr>
        <w:t>1.5 km • ~45 min • Easy–moderate — From the Lovango Resort Dock, follow signs past the Welcome Center and Beach Club to the marked…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Club Stroll: </w:t>
      </w:r>
      <w:r>
        <w:rPr>
          <w:rFonts w:ascii="Arial" w:hAnsi="Arial" w:cs="Arial"/>
          <w:b w:val="0"/>
          <w:i w:val="0"/>
          <w:sz w:val="20"/>
        </w:rPr>
        <w:t>&lt; 0.5 km • 10 min • Easy — A flat walk from the dock through the resort shops and Lovango Village to South Beach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5:45AM–6:45PM · Jul 5:51AM–6:58PM · Sep 6:07AM–6:21PM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cruiseports.org/lovango-cay-usvi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Lovango Cay, US Virgin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vango-cay-usv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Drake's Seat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Cruz Bay Visitor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Skyride to Paradise 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Lady Of Mt. Carmel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Coral Reef Underwater Park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Parasail Virgin Islands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Coral World Ocean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Annaberg Sugar Plantation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