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Louisbourg,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18th-century French fortress town perched on Cape Breton's wild Atlantic coast — where costumed soldiers drill, bakers fire stone ovens, and cannon smoke drifts across the harbor.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(anchor) · 🕒 Typical call: 6-8 hrs · 💵 Canadian Dollar (CAD) · 🗣️ English / French at Fortress · 🏰 History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most ships anchor in Louisbourg Harbour and tender ashore near the town centre, in view of the Fortress (small expedition ships may berth at the wharf)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Fortress: </w:t>
      </w:r>
      <w:r>
        <w:rPr>
          <w:rFonts w:ascii="Arial" w:hAnsi="Arial" w:cs="Arial"/>
          <w:b w:val="0"/>
          <w:i w:val="0"/>
          <w:sz w:val="20"/>
        </w:rPr>
        <w:t>~3 km (40 min walk) or short taxi/shuttle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families, photography, coastal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Fortress of Louisbourg National Historic Site — North America's largest reconstruction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CAD $10–20 one-way — Limited local taxis serve Louisbourg. Short rides within town or to the Fortress visitor centre run roughly $10–20 CAD;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Louisbourg National Historic Site — </w:t>
      </w:r>
      <w:r>
        <w:rPr>
          <w:rFonts w:ascii="Arial" w:hAnsi="Arial" w:cs="Arial"/>
          <w:b w:val="0"/>
          <w:i w:val="0"/>
          <w:sz w:val="20"/>
        </w:rPr>
        <w:t>North America's largest historical reconstruction, recreating the fortified town of 1744.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Louisbourg Lighthouse Trail — </w:t>
      </w:r>
      <w:r>
        <w:rPr>
          <w:rFonts w:ascii="Arial" w:hAnsi="Arial" w:cs="Arial"/>
          <w:b w:val="0"/>
          <w:i w:val="0"/>
          <w:sz w:val="20"/>
        </w:rPr>
        <w:t>A scenic coastal hike to the site of Canada's first lighthouse (1734), offering dramatic ocean views, sea stacks, and windswept…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Louisbourg Town Waterfront Stroll — </w:t>
      </w:r>
      <w:r>
        <w:rPr>
          <w:rFonts w:ascii="Arial" w:hAnsi="Arial" w:cs="Arial"/>
          <w:b w:val="0"/>
          <w:i w:val="0"/>
          <w:sz w:val="20"/>
        </w:rPr>
        <w:t>Wander the working fishing village itself — browse the Sydney and Louisbourg Railway Museum, peek into local craft shops,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Kennington Cove &amp; Coastal Beaches — </w:t>
      </w:r>
      <w:r>
        <w:rPr>
          <w:rFonts w:ascii="Arial" w:hAnsi="Arial" w:cs="Arial"/>
          <w:b w:val="0"/>
          <w:i w:val="0"/>
          <w:sz w:val="20"/>
        </w:rPr>
        <w:t>A short drive from the Fortress, Kennington Cove offers a sheltered gravel-and-sand beach with historical significance — British…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Mi'kmaw Heritage at the Fortress — </w:t>
      </w:r>
      <w:r>
        <w:rPr>
          <w:rFonts w:ascii="Arial" w:hAnsi="Arial" w:cs="Arial"/>
          <w:b w:val="0"/>
          <w:i w:val="0"/>
          <w:sz w:val="20"/>
        </w:rPr>
        <w:t>Inside the Fortress, the Mi'kmaw Interpretive Centre explores the culture and history of the L'nu people and their role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Fortress Walk: </w:t>
      </w:r>
      <w:r>
        <w:rPr>
          <w:rFonts w:ascii="Arial" w:hAnsi="Arial" w:cs="Arial"/>
          <w:b w:val="0"/>
          <w:i w:val="0"/>
          <w:sz w:val="20"/>
        </w:rPr>
        <w:t>3 km each way | ~40 min | Easy road walk — Follow Main Street south along the harbor from the government wharf, passing the town center,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Louisbourg Lighthouse Trail: </w:t>
      </w:r>
      <w:r>
        <w:rPr>
          <w:rFonts w:ascii="Arial" w:hAnsi="Arial" w:cs="Arial"/>
          <w:b w:val="0"/>
          <w:i w:val="0"/>
          <w:sz w:val="20"/>
        </w:rPr>
        <w:t>4 km round-trip | ~1.5 hrs | Moderate coastal path — From the Fortress parking area, cross to the lighthouse peninsula trail for sweeping Atlantic…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4:55AM–8:20PM · Jul 4:45AM–8:45PM · Sep 5:50AM–7:20PM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cruiseports.org/louisbourg-ns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Louisbourg, Nova Scotia,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uisbourg-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Fortress of Louisbourg National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Devil's Hills Falls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Louisbourg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 River Provincial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Louisbourg Playhouse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