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Mali Lošinj, Kvarner, Croatia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Croatia's 'Island of Vitality' delivers what the name promises — pine-scented air, turquoise coves, and a 2,000-year-old bronze athlete waiting in his own museum. Smaller ships dock on the Riva; larger ones tender into the same charming harbor.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(large ships) / Dock (small ships) · 🕒 Typical call: 6–8 hrs · 💶 Euro (€) · 🗣️ Croatian (English widely spoken)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Small/boutique ships dock at the Mali Lošinj Riva quay; larger cruise ships anchor and tender (5–10 min ride) to the harbor pontoon.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 min — tender drops you at the waterfront Riva promenade.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Culture, beaches, dolphins, cycling, wellness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Museum of Apoxyomenos (bronze statue found on the sea floor) and the coastal path to Veli Lošinj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€6 base + €3/km — Local taxis (e.g. Taxi Braco) are available at the port area. Short in-town trips are inexpensive; a ride to the Čikat b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Museum of Apoxyomenos — </w:t>
      </w:r>
      <w:r>
        <w:rPr>
          <w:rFonts w:ascii="Arial" w:hAnsi="Arial" w:cs="Arial"/>
          <w:b w:val="0"/>
          <w:i w:val="0"/>
          <w:sz w:val="20"/>
        </w:rPr>
        <w:t>The island's standout attraction: a multi-sensory museum built around a single bronze statue of an athlete, discovered on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Lošinj Aromatic Garden — </w:t>
      </w:r>
      <w:r>
        <w:rPr>
          <w:rFonts w:ascii="Arial" w:hAnsi="Arial" w:cs="Arial"/>
          <w:b w:val="0"/>
          <w:i w:val="0"/>
          <w:sz w:val="20"/>
        </w:rPr>
        <w:t>A short walk from the harbor, this garden showcases 250+ aromatic and medicinal plants (150+ of them indigenous 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Dolphin Watching — Blue World Institute — </w:t>
      </w:r>
      <w:r>
        <w:rPr>
          <w:rFonts w:ascii="Arial" w:hAnsi="Arial" w:cs="Arial"/>
          <w:b w:val="0"/>
          <w:i w:val="0"/>
          <w:sz w:val="20"/>
        </w:rPr>
        <w:t>Lošinj waters host a well-studied resident community of bottlenose dolphins.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Čikat Bay Beaches &amp; Pine Forest — </w:t>
      </w:r>
      <w:r>
        <w:rPr>
          <w:rFonts w:ascii="Arial" w:hAnsi="Arial" w:cs="Arial"/>
          <w:b w:val="0"/>
          <w:i w:val="0"/>
          <w:sz w:val="20"/>
        </w:rPr>
        <w:t>A 20-minute walk through the shaded 19th-century Čikat Forest Park leads to Čikat Bay, the island's most popular beach area.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Coastal Cycling to Veli Lošinj — </w:t>
      </w:r>
      <w:r>
        <w:rPr>
          <w:rFonts w:ascii="Arial" w:hAnsi="Arial" w:cs="Arial"/>
          <w:b w:val="0"/>
          <w:i w:val="0"/>
          <w:sz w:val="20"/>
        </w:rPr>
        <w:t>Rent a bike at the harbor and ride the 5 km flat coastal path through pine forest to Veli Lošinj — a postcard fishing village of…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Riva to Apoxyomenos Museum &amp; Old Town: </w:t>
      </w:r>
      <w:r>
        <w:rPr>
          <w:rFonts w:ascii="Arial" w:hAnsi="Arial" w:cs="Arial"/>
          <w:b w:val="0"/>
          <w:i w:val="0"/>
          <w:sz w:val="20"/>
        </w:rPr>
        <w:t>0.5 km · 15–20 min · Easy · Free (museum paid) — From the tender pontoon, stroll the Riva promenade north to the Museum of Apoxyomenos.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Čikat Forest Park to the Beach: </w:t>
      </w:r>
      <w:r>
        <w:rPr>
          <w:rFonts w:ascii="Arial" w:hAnsi="Arial" w:cs="Arial"/>
          <w:b w:val="0"/>
          <w:i w:val="0"/>
          <w:sz w:val="20"/>
        </w:rPr>
        <w:t>2 km one-way · 20–25 min · Easy · Free — Head south-west from the harbor along the Riva, then follow signs into the Čikat Forest Park.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Coastal Path to Veli Lošinj: </w:t>
      </w:r>
      <w:r>
        <w:rPr>
          <w:rFonts w:ascii="Arial" w:hAnsi="Arial" w:cs="Arial"/>
          <w:b w:val="0"/>
          <w:i w:val="0"/>
          <w:sz w:val="20"/>
        </w:rPr>
        <w:t>5 km one-way · 60 min · Easy · Free — A flat, paved coastal footpath (Šetnica) hugs the shoreline south from Mali Lošinj to the quaint…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5:34AM–8:22PM · Jul 5:31AM–8:44PM · Sep 6:41AM–7:12PM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cruiseports.org/losinj-island-croatia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Mali Lošinj, Kvarner, Croatia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sinj-island-croati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Lošinj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of Apoxyomenos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