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Los Angeles,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West Coast's biggest cruise homeport drops you at San Pedro, a working waterfront with a battleship museum next door and all of LA's iconic sights within reach on a full-day run.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(docked, no tender) · 🕒 Typical call: 8-10 hrs (or homeport) · 💵 US Dollar · 🗣️ English · 🌤️ Sunny &amp; mild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World Cruise Center, San Pedro (Berths 92-93); all ships dock pier-side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San Pedro downtown ~15 min walk; Hollywood 25 miles (need transport)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icons, beaches, battleship history,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Battleship USS Iowa Museum — literally steps from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$50–$70 — Metered taxis available outside the terminal. About 25 miles to Downtown LA; expect 45–75 min depending on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Battleship USS Iowa Museum — </w:t>
      </w:r>
      <w:r>
        <w:rPr>
          <w:rFonts w:ascii="Arial" w:hAnsi="Arial" w:cs="Arial"/>
          <w:b w:val="0"/>
          <w:i w:val="0"/>
          <w:sz w:val="20"/>
        </w:rPr>
        <w:t>The 'Battleship of Presidents' is moored a short walk from the cruise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Hollywood Walk of Fame &amp; TCL Chinese Theatre — </w:t>
      </w:r>
      <w:r>
        <w:rPr>
          <w:rFonts w:ascii="Arial" w:hAnsi="Arial" w:cs="Arial"/>
          <w:b w:val="0"/>
          <w:i w:val="0"/>
          <w:sz w:val="20"/>
        </w:rPr>
        <w:t>The classic LA pilgrimage — celebrity handprints at TCL Chinese Theatre, the Walk of Fame, and the Hollywood Sign viewpoints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Monica Beach &amp; Pier — </w:t>
      </w:r>
      <w:r>
        <w:rPr>
          <w:rFonts w:ascii="Arial" w:hAnsi="Arial" w:cs="Arial"/>
          <w:b w:val="0"/>
          <w:i w:val="0"/>
          <w:sz w:val="20"/>
        </w:rPr>
        <w:t>Ride the famous Ferris wheel on the Santa Monica Pier, stroll the beach, and explore the Third Street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Cruise — </w:t>
      </w:r>
      <w:r>
        <w:rPr>
          <w:rFonts w:ascii="Arial" w:hAnsi="Arial" w:cs="Arial"/>
          <w:b w:val="0"/>
          <w:i w:val="0"/>
          <w:sz w:val="20"/>
        </w:rPr>
        <w:t>Blue whales, humpbacks, fin whales, and dolphins frequent the waters off San Pedro.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Beverly Hills &amp; Rodeo Drive — </w:t>
      </w:r>
      <w:r>
        <w:rPr>
          <w:rFonts w:ascii="Arial" w:hAnsi="Arial" w:cs="Arial"/>
          <w:b w:val="0"/>
          <w:i w:val="0"/>
          <w:sz w:val="20"/>
        </w:rPr>
        <w:t>Window-shop the world's most famous luxury street, cruise past celebrity mansions, and grab a photo at the Beverly Hills sign…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Pedro Waterfront Walk: </w:t>
      </w:r>
      <w:r>
        <w:rPr>
          <w:rFonts w:ascii="Arial" w:hAnsi="Arial" w:cs="Arial"/>
          <w:b w:val="0"/>
          <w:i w:val="0"/>
          <w:sz w:val="20"/>
        </w:rPr>
        <w:t>2 miles | Easy | 45-60 min — From the cruise terminal, walk along the waterfront past the USS Iowa, through the West Harbor…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Fermin &amp; Angels Gate Park: </w:t>
      </w:r>
      <w:r>
        <w:rPr>
          <w:rFonts w:ascii="Arial" w:hAnsi="Arial" w:cs="Arial"/>
          <w:b w:val="0"/>
          <w:i w:val="0"/>
          <w:sz w:val="20"/>
        </w:rPr>
        <w:t>1.5 miles | Easy | 45 min — Take the trolley or a short rideshare to Point Fermin Park for cliffside ocean views, the 1874…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5:23AM–6:14PM · Jul 5:29AM–6:26PM · Sep 5:40AM–5:53PM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cruiseports.org/los-angeles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Los Angeles,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s-ange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Aquarium of the Pacific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 H. Wilson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Cabrillo Marine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Coast Botanic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USS IOWA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 Angeles World Cruise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Latin American Art (MOLAA)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Fermin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