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Loreto, Baja California Sur, Mexico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oldest permanent Spanish settlement in the Californias, Loreto trades cruise-port bustle for cobblestone streets, a soaring 1697 mission, and a UNESCO marine park teeming with blue whales and sea lions.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6-8 hrs · 💵 USD accepted / MXN preferred · 🗣️ Spanish (English in tourist areas) · 🌊 UNESCO Marine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Bahía de Loreto; tenders to municipal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tender pier to main plaza and Mission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snorkeling, whale watching (Jan–Mar), low-key exploration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Isla Coronado snorkel tour &amp; Mission Nuestra Señora de Loreto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105–120 MXN (~$6–7 USD) within town — Local taxis are plentiful around the marina, plaza, and hotel zone. Agree on the fare before you depart; drivers sometim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 Coronado Snorkel &amp; Sea Lions — </w:t>
      </w:r>
      <w:r>
        <w:rPr>
          <w:rFonts w:ascii="Arial" w:hAnsi="Arial" w:cs="Arial"/>
          <w:b w:val="0"/>
          <w:i w:val="0"/>
          <w:sz w:val="20"/>
        </w:rPr>
        <w:t>A 30-minute panga ride to this volcanic island delivers a crescent of white sand, crystal-clear turquoise water, and a sea lion…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Mission San Francisco Javier — </w:t>
      </w:r>
      <w:r>
        <w:rPr>
          <w:rFonts w:ascii="Arial" w:hAnsi="Arial" w:cs="Arial"/>
          <w:b w:val="0"/>
          <w:i w:val="0"/>
          <w:sz w:val="20"/>
        </w:rPr>
        <w:t>A 45-minute drive up into the Sierra de la Giganta leads to one of Baja's best-preserved missions (1699–1758), complete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Blue Whale Watching (Jan–Mar) — </w:t>
      </w:r>
      <w:r>
        <w:rPr>
          <w:rFonts w:ascii="Arial" w:hAnsi="Arial" w:cs="Arial"/>
          <w:b w:val="0"/>
          <w:i w:val="0"/>
          <w:sz w:val="20"/>
        </w:rPr>
        <w:t>The Sea of Cortez near Loreto is one of the world's top spots for blue whales — the largest animals on Earth — during winter…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Loreto Town &amp; Mission Walk — </w:t>
      </w:r>
      <w:r>
        <w:rPr>
          <w:rFonts w:ascii="Arial" w:hAnsi="Arial" w:cs="Arial"/>
          <w:b w:val="0"/>
          <w:i w:val="0"/>
          <w:sz w:val="20"/>
        </w:rPr>
        <w:t>Walk from the tender pier to the Mission Nuestra Señora de Loreto (1697) — the 'Mother of all Missions' in the Californias —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in Loreto Bay — </w:t>
      </w:r>
      <w:r>
        <w:rPr>
          <w:rFonts w:ascii="Arial" w:hAnsi="Arial" w:cs="Arial"/>
          <w:b w:val="0"/>
          <w:i w:val="0"/>
          <w:sz w:val="20"/>
        </w:rPr>
        <w:t>Paddle through the calm, glassy waters of the marine park around Loreto.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Malecón to Mission Loop: </w:t>
      </w:r>
      <w:r>
        <w:rPr>
          <w:rFonts w:ascii="Arial" w:hAnsi="Arial" w:cs="Arial"/>
          <w:b w:val="0"/>
          <w:i w:val="0"/>
          <w:sz w:val="20"/>
        </w:rPr>
        <w:t>~1.5 km · 30–45 min · Flat · Free — From the tender pier walk south along the Malecón boardwalk past the whale statue and Loreto sign…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Mission Museum &amp; Artisan Street: </w:t>
      </w:r>
      <w:r>
        <w:rPr>
          <w:rFonts w:ascii="Arial" w:hAnsi="Arial" w:cs="Arial"/>
          <w:b w:val="0"/>
          <w:i w:val="0"/>
          <w:sz w:val="20"/>
        </w:rPr>
        <w:t>~800 m · 20–30 min · Flat · Museum ~$4 — Head directly from the tender pier to the Mission, step into the Museo de las Misiones next door…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6:08AM–7:20PM · Jul 6:13AM–7:34PM · Sep 6:35AM–6:50PM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cruiseports.org/loreto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Loreto, Baja California Sur, Mexico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ret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Jesuit Missions of Loreto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Negrita Beach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