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Longyearbyen,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Halfway between mainland Norway and the North Pole, Longyearbyen is a former coal-mining settlement turned Arctic adventure hub — where polar bears roam the mountains and the sun never sets in summer.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(most ships) / Tender (when busy) · 🕒 Typical call: 7-10 hrs · 💵 Norwegian Krone (NOK) — fully cashless · 🗣️ Norwegian · 🐻‍❄️ Polar bear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Bykaia cruise pier; tender when port is full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1.5 km (15–20 min) from Bykaia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wildlife, expedition history, unique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Svalbard Museum and the polar bear warning signs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150–200 NOK (short ride) — Local taxis (Longyearbyen Taxi, Svalbard Buss og Taxi) operate 24/7. Taxis are scarce and pre-booking is strongly recomm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Coal Mine No. 3 Tour — </w:t>
      </w:r>
      <w:r>
        <w:rPr>
          <w:rFonts w:ascii="Arial" w:hAnsi="Arial" w:cs="Arial"/>
          <w:b w:val="0"/>
          <w:i w:val="0"/>
          <w:sz w:val="20"/>
        </w:rPr>
        <w:t>Don overalls and a hard hat to crawl into Gruve 3, a preserved Norwegian coal mine (operated 1971–1996 by Store Norske).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Fjord RIB Boat Tour — </w:t>
      </w:r>
      <w:r>
        <w:rPr>
          <w:rFonts w:ascii="Arial" w:hAnsi="Arial" w:cs="Arial"/>
          <w:b w:val="0"/>
          <w:i w:val="0"/>
          <w:sz w:val="20"/>
        </w:rPr>
        <w:t>Blast across Adventfjorden in an inflatable speedboat to spot walruses, puffins, beluga whales, and glaciers calving into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Summer Dog Sledding (Wheeled Cart) — </w:t>
      </w:r>
      <w:r>
        <w:rPr>
          <w:rFonts w:ascii="Arial" w:hAnsi="Arial" w:cs="Arial"/>
          <w:b w:val="0"/>
          <w:i w:val="0"/>
          <w:sz w:val="20"/>
        </w:rPr>
        <w:t>No snow in summer? No problem.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Global Seed Vault Visit — </w:t>
      </w:r>
      <w:r>
        <w:rPr>
          <w:rFonts w:ascii="Arial" w:hAnsi="Arial" w:cs="Arial"/>
          <w:b w:val="0"/>
          <w:i w:val="0"/>
          <w:sz w:val="20"/>
        </w:rPr>
        <w:t>Trek out to the famous concrete portal built into the permafrost to safeguard the world's crop seeds.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Bear &amp; Arctic Wildlife Safari — </w:t>
      </w:r>
      <w:r>
        <w:rPr>
          <w:rFonts w:ascii="Arial" w:hAnsi="Arial" w:cs="Arial"/>
          <w:b w:val="0"/>
          <w:i w:val="0"/>
          <w:sz w:val="20"/>
        </w:rPr>
        <w:t>Guided snowmobile or boat expedition into the wilderness in search of polar bears, reindeer, Arctic foxes, and seabirds.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&amp; Museum Loop: </w:t>
      </w:r>
      <w:r>
        <w:rPr>
          <w:rFonts w:ascii="Arial" w:hAnsi="Arial" w:cs="Arial"/>
          <w:b w:val="0"/>
          <w:i w:val="0"/>
          <w:sz w:val="20"/>
        </w:rPr>
        <w:t>3.5 km round-trip | 1–2 hrs | Flat &amp; paved — Walk from Bykaia pier along the harbor road into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&amp; Harbor Stroll: </w:t>
      </w:r>
      <w:r>
        <w:rPr>
          <w:rFonts w:ascii="Arial" w:hAnsi="Arial" w:cs="Arial"/>
          <w:b w:val="0"/>
          <w:i w:val="0"/>
          <w:sz w:val="20"/>
        </w:rPr>
        <w:t>2 km | 45 min | Flat — From the town center, walk up the short hill to Svalbard Church — take your shoes off inside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5:39AM–8:01PM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cruiseports.org/longyearbyen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Longyearbyen, Svalbard,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ngyearby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Pole Expedition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Svalbard Kirke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Gruve 3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Polar Bear Sign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Svalbard Husky AS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