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Lom, Bulgaria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Danube port with Thracian and Roman roots, a riverside promenade, and easy reach to the dramatic Belogradchik Rocks — Lom is a quiet gateway into northwestern Bulgaria.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Riverside quay mooring · 🕒 Typical call: short (often evening) · 💵 Bulgarian Lev (BGN) · 🗣️ Bulgarian (some English) · 🏛️ History &amp; countryside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the Danube quay — river vessels moor directly at the riverbank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~5–10 min from the quay to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river promenade, countryside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Belogradchik Rocks &amp; Almus Roman fortress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~5–10 BGN — A handful of local taxis serve Lom town, but with only a 30-minute call there is little time for anything beyond the riv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Belogradchik Rocks &amp; Fortress — </w:t>
      </w:r>
      <w:r>
        <w:rPr>
          <w:rFonts w:ascii="Arial" w:hAnsi="Arial" w:cs="Arial"/>
          <w:b w:val="0"/>
          <w:i w:val="0"/>
          <w:sz w:val="20"/>
        </w:rPr>
        <w:t>Bulgaria's most striking rock formations — towering, weathered sandstone and conglomerate pillars rising up to around 200 m,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Magura Cave — </w:t>
      </w:r>
      <w:r>
        <w:rPr>
          <w:rFonts w:ascii="Arial" w:hAnsi="Arial" w:cs="Arial"/>
          <w:b w:val="0"/>
          <w:i w:val="0"/>
          <w:sz w:val="20"/>
        </w:rPr>
        <w:t>A large karst cave near Rabisha, famous for prehistoric bat-guano wall paintings and vast chambers.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Almus Roman Fortress — </w:t>
      </w:r>
      <w:r>
        <w:rPr>
          <w:rFonts w:ascii="Arial" w:hAnsi="Arial" w:cs="Arial"/>
          <w:b w:val="0"/>
          <w:i w:val="0"/>
          <w:sz w:val="20"/>
        </w:rPr>
        <w:t>Lom stands on the site of the Roman fortified station of Almus, founded around the 1st century AD on the Danube limes.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Lom History Museum — </w:t>
      </w:r>
      <w:r>
        <w:rPr>
          <w:rFonts w:ascii="Arial" w:hAnsi="Arial" w:cs="Arial"/>
          <w:b w:val="0"/>
          <w:i w:val="0"/>
          <w:sz w:val="20"/>
        </w:rPr>
        <w:t>Housed in the historic former municipal administration building, the museum holds tens of thousands of exhibits spanning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Promenade &amp; Town Walk — </w:t>
      </w:r>
      <w:r>
        <w:rPr>
          <w:rFonts w:ascii="Arial" w:hAnsi="Arial" w:cs="Arial"/>
          <w:b w:val="0"/>
          <w:i w:val="0"/>
          <w:sz w:val="20"/>
        </w:rPr>
        <w:t>A relaxed stroll along Lom's riverside promenade and into the centre, taking in the Church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&amp; Old Town Loop: </w:t>
      </w:r>
      <w:r>
        <w:rPr>
          <w:rFonts w:ascii="Arial" w:hAnsi="Arial" w:cs="Arial"/>
          <w:b w:val="0"/>
          <w:i w:val="0"/>
          <w:sz w:val="20"/>
        </w:rPr>
        <w:t>~2 km · Easy · 45–60 min — A gentle loop from the quay along the Danube promenade, up into the town centre past the History…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5:46AM–8:36PM · Jul 5:38AM–8:59PM · Sep 6:41AM–7:35PM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cruiseports.org/lom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