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Lofoten Islands, Nordland,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Arctic peaks plunge into fjords rimmed with white-sand beaches. Red fishermen's cabins (rorbuer), drying cod racks, and the midnight sun make Lofoten one of Norway's most otherworldly cruise stops.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(Svolvær) or Tender (Leknes/Gravdal) · 🕒 Typical call: 7-10 hrs · 💵 Norwegian Krone (NOK) — virtually cashless · 🗣️ Norwegian / English widely spoken · 🌅 Arctic Circle: midnight sun Jun–Jul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Svolvær: small-medium ships dock, large ships tender. Leknes/Gravdal: mostly tender, 4 km from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Svolvær: 0-5 min to shops &amp; cafes. Leknes pier: 4 km to town — shuttle recommended.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drives, Arctic beaches, Viking history, wildlife boat tours,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Reine viewpoint, Haukland Beach, Lofotr Viking Museum, Henningsvær village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170–250 (~$16–23 USD) — Taxis serve Svolvær and Leknes/Gravdal piers but are expensive and scarce. Pre-booking is strongly recommended — multipl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Reine &amp; Hamnøy — The Postcard View — </w:t>
      </w:r>
      <w:r>
        <w:rPr>
          <w:rFonts w:ascii="Arial" w:hAnsi="Arial" w:cs="Arial"/>
          <w:b w:val="0"/>
          <w:i w:val="0"/>
          <w:sz w:val="20"/>
        </w:rPr>
        <w:t>Drive south to Reine, the most photographed village in Norway — red rorbuer reflected in steel-calm fjords beneath jagged granite…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Lofotr Viking Museum — </w:t>
      </w:r>
      <w:r>
        <w:rPr>
          <w:rFonts w:ascii="Arial" w:hAnsi="Arial" w:cs="Arial"/>
          <w:b w:val="0"/>
          <w:i w:val="0"/>
          <w:sz w:val="20"/>
        </w:rPr>
        <w:t>Built on the site of the largest Viking longhouse ever discovered (83 m long).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Trollfjord Sea Eagle Safari — </w:t>
      </w:r>
      <w:r>
        <w:rPr>
          <w:rFonts w:ascii="Arial" w:hAnsi="Arial" w:cs="Arial"/>
          <w:b w:val="0"/>
          <w:i w:val="0"/>
          <w:sz w:val="20"/>
        </w:rPr>
        <w:t>RIB or small boat into the dramatic Trollfjord to spot white-tailed sea eagles swooping for 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Haukland &amp; Uttakleiv Arctic Beaches — </w:t>
      </w:r>
      <w:r>
        <w:rPr>
          <w:rFonts w:ascii="Arial" w:hAnsi="Arial" w:cs="Arial"/>
          <w:b w:val="0"/>
          <w:i w:val="0"/>
          <w:sz w:val="20"/>
        </w:rPr>
        <w:t>Two of Europe's most beautiful beaches — white sand, turquoise water, mountain backdrops.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Henningsvær — Venice of Lofoten — </w:t>
      </w:r>
      <w:r>
        <w:rPr>
          <w:rFonts w:ascii="Arial" w:hAnsi="Arial" w:cs="Arial"/>
          <w:b w:val="0"/>
          <w:i w:val="0"/>
          <w:sz w:val="20"/>
        </w:rPr>
        <w:t>A fishing village spread across small islands connected by bridges.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Svolvær Harbor &amp; Town Center: </w:t>
      </w:r>
      <w:r>
        <w:rPr>
          <w:rFonts w:ascii="Arial" w:hAnsi="Arial" w:cs="Arial"/>
          <w:b w:val="0"/>
          <w:i w:val="0"/>
          <w:sz w:val="20"/>
        </w:rPr>
        <w:t>1-2 hrs | Easy | Flat — Wander from the cruise quay along the waterfront to Torget (town square), past fish restaurants…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Gravdal Pier to Buksnes Church: </w:t>
      </w:r>
      <w:r>
        <w:rPr>
          <w:rFonts w:ascii="Arial" w:hAnsi="Arial" w:cs="Arial"/>
          <w:b w:val="0"/>
          <w:i w:val="0"/>
          <w:sz w:val="20"/>
        </w:rPr>
        <w:t>30 min | Easy | Flat road — From the Leknes/Gravdal tender pier, a 1.2 km walk along the waterfront brings you to Buksnes…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6:18AM–7:32PM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cruiseports.org/lofoten-islands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Lofoten Islands, Nordland,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foten-island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Visit Lofoten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Svolvær Pier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Vågan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Svolværgeita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Lofotmuseet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Svolvær Strand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Magic Ice Lofoten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