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Loen,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most dramatic fjord villages, Loen pairs a record-breaking cable car with glacial lakes, via ferrata, and jaw-dropping Nordfjord scenery — all within minutes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(new pontoon pier) · 🕒 Typical call: 7-9 hrs · 💵 Norwegian Krone (NOK) — cashless widely accepted · 🗣️ Norwegian / English widely spoken · 🏔️ Adventure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Nordfjord; pontoon pier in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Pier lands in village; Skylift base 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Cable cars, glacier hikes, fjord scenery, via ferrata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Loen Skylift to Mt Hoven (1,011 m) — one of the world's steepest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210–270 NOK one-way — Taxis meet ships at Olden cruise pier, about 6-7 km from Loen village. The ride takes roughly 6-7 minutes and is the eas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Loen Skylift to Mt Hoven — </w:t>
      </w:r>
      <w:r>
        <w:rPr>
          <w:rFonts w:ascii="Arial" w:hAnsi="Arial" w:cs="Arial"/>
          <w:b w:val="0"/>
          <w:i w:val="0"/>
          <w:sz w:val="20"/>
        </w:rPr>
        <w:t>One of the world's steepest cable cars climbs from sea level to 1,011 m in just 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 Ferrata Loen — </w:t>
      </w:r>
      <w:r>
        <w:rPr>
          <w:rFonts w:ascii="Arial" w:hAnsi="Arial" w:cs="Arial"/>
          <w:b w:val="0"/>
          <w:i w:val="0"/>
          <w:sz w:val="20"/>
        </w:rPr>
        <w:t>A guided secured climbing route up Mt Hoven, highlighted by the Gjølmunnebrua suspension bridge — the longest via ferrata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Lovatnet &amp; Kjenndalsbreen Glacier — </w:t>
      </w:r>
      <w:r>
        <w:rPr>
          <w:rFonts w:ascii="Arial" w:hAnsi="Arial" w:cs="Arial"/>
          <w:b w:val="0"/>
          <w:i w:val="0"/>
          <w:sz w:val="20"/>
        </w:rPr>
        <w:t>A boat cruise across the neon-green glacial Lake Lovatnet aboard MS Kjenndal II, followed by a bus ride to the tongue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Breng Seter &amp; Tsunami History Walk — </w:t>
      </w:r>
      <w:r>
        <w:rPr>
          <w:rFonts w:ascii="Arial" w:hAnsi="Arial" w:cs="Arial"/>
          <w:b w:val="0"/>
          <w:i w:val="0"/>
          <w:sz w:val="20"/>
        </w:rPr>
        <w:t>Walk the flat road along Lake Lovatnet to the 19th-century grass-roofed farm at Breng Seter — one of Norway's most photographed…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Hotel Alexandra Grand Buffet — </w:t>
      </w:r>
      <w:r>
        <w:rPr>
          <w:rFonts w:ascii="Arial" w:hAnsi="Arial" w:cs="Arial"/>
          <w:b w:val="0"/>
          <w:i w:val="0"/>
          <w:sz w:val="20"/>
        </w:rPr>
        <w:t>The legendary Hotel Alexandra — a grand historic property right in Loen — is famed throughout Norway for its lavish dinner buffet…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Loen Church &amp; Skylift Base: </w:t>
      </w:r>
      <w:r>
        <w:rPr>
          <w:rFonts w:ascii="Arial" w:hAnsi="Arial" w:cs="Arial"/>
          <w:b w:val="0"/>
          <w:i w:val="0"/>
          <w:sz w:val="20"/>
        </w:rPr>
        <w:t>20–30 min · Flat · Free — From the tender pier, stroll through the village to the white octagonal Loen Church (1844), whose…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Lovatnet Road to Breng Seter: </w:t>
      </w:r>
      <w:r>
        <w:rPr>
          <w:rFonts w:ascii="Arial" w:hAnsi="Arial" w:cs="Arial"/>
          <w:b w:val="0"/>
          <w:i w:val="0"/>
          <w:sz w:val="20"/>
        </w:rPr>
        <w:t>~3 km one way · Flat · ~40 min each way — Follow the lakeshore road south from the village along the vivid turquoise-green Lake Lovatnet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4:38AM–10:21PM · Jul 4:18AM–10:58PM · Sep 7:00AM–7:54PM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Loen,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LOEN Skylift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Oppheim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Huaren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Tjugenfossen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