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Lødingen, Nordland,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Tucked at the confluence of Ofotfjorden, Tysfjorden, and Vestfjorden, Lødingen is an authentic Arctic village with sea eagles overhead, a historic pilot station, and the Lofoten Islands practically next door.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or tender (port-dependent) · 🕒 Typical call: 5–8 hrs · 💵 NOK — cards accepted everywhere · 🗣️ Norwegian (English widely spoken) · 🦅 Wildlife &amp; fjord scenery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for smaller/expedition ships; larger vessels may anchor and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1–5 min from pier or tender landing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 eagle safaris, fjord walks, authentic Norwegian village life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Lødingen Church (1897) and the waterfront at Lødingen Brygge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150–250 NOK (~$14–23 USD) — Lødingen Taxi (+47 76 93 10 01) serves the area. Fares are short-trip based given the town's compact size; book in advan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 Eagle Safari by RIB — </w:t>
      </w:r>
      <w:r>
        <w:rPr>
          <w:rFonts w:ascii="Arial" w:hAnsi="Arial" w:cs="Arial"/>
          <w:b w:val="0"/>
          <w:i w:val="0"/>
          <w:sz w:val="20"/>
        </w:rPr>
        <w:t>Zoom into the fjords aboard a rigid inflatable boat to spot white-tailed sea eagles — Europe's largest raptor — soaring above…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Fjord Fishing with a Local Skipper — </w:t>
      </w:r>
      <w:r>
        <w:rPr>
          <w:rFonts w:ascii="Arial" w:hAnsi="Arial" w:cs="Arial"/>
          <w:b w:val="0"/>
          <w:i w:val="0"/>
          <w:sz w:val="20"/>
        </w:rPr>
        <w:t>Try your hand at catching cod, saithe, and halibut in the rich waters where three fjords converge.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Lødingen Village History Walk — </w:t>
      </w:r>
      <w:r>
        <w:rPr>
          <w:rFonts w:ascii="Arial" w:hAnsi="Arial" w:cs="Arial"/>
          <w:b w:val="0"/>
          <w:i w:val="0"/>
          <w:sz w:val="20"/>
        </w:rPr>
        <w:t>Explore the village with a local guide covering the 19th-century pilot station, Lødingen Church (1897), the old telegraph…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Hike to Vestfjord Panorama — </w:t>
      </w:r>
      <w:r>
        <w:rPr>
          <w:rFonts w:ascii="Arial" w:hAnsi="Arial" w:cs="Arial"/>
          <w:b w:val="0"/>
          <w:i w:val="0"/>
          <w:sz w:val="20"/>
        </w:rPr>
        <w:t>A moderate uphill walk behind the village rewards you with sweeping views across the Vestfjorden toward the jagged peaks of…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Lødingen Brygge &amp; Local Waterfront — </w:t>
      </w:r>
      <w:r>
        <w:rPr>
          <w:rFonts w:ascii="Arial" w:hAnsi="Arial" w:cs="Arial"/>
          <w:b w:val="0"/>
          <w:i w:val="0"/>
          <w:sz w:val="20"/>
        </w:rPr>
        <w:t>Stroll the historic wharf area (Dampskipsbrygga), stop at the Havnebørsen pub and restaurant, browse local art, and soak up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Loop: Harbor to Church &amp; Brygge: </w:t>
      </w:r>
      <w:r>
        <w:rPr>
          <w:rFonts w:ascii="Arial" w:hAnsi="Arial" w:cs="Arial"/>
          <w:b w:val="0"/>
          <w:i w:val="0"/>
          <w:sz w:val="20"/>
        </w:rPr>
        <w:t>2.5 km · 45 min · Easy · Free — Start at the guest harbor, walk to Lødingen Church (1897) with its striking white wooden exterior…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Path to Vestfjord Viewpoint: </w:t>
      </w:r>
      <w:r>
        <w:rPr>
          <w:rFonts w:ascii="Arial" w:hAnsi="Arial" w:cs="Arial"/>
          <w:b w:val="0"/>
          <w:i w:val="0"/>
          <w:sz w:val="20"/>
        </w:rPr>
        <w:t>4 km · 1.5 hrs · Moderate · Free — Head south along the shoreline from the harbor, then climb the hill path behind the pilot station…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Sep 6:12AM–7:27PM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cruiseports.org/lodingen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Lødingen, Nordland, Norway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dinge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Grønelva fossefall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Vestfjord Panorama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