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Lochmaddy, North Uist,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North Uist's main village is the gateway to a watery labyrinth of lochs, prehistoric monuments, and some of Europe's most pristine white-sand beaches — all under a vast, ever-changing Hebridean sky.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(small pier) · 🕒 Typical call: 6-8 hrs · 💷 British Pounds (GBP) · 🗣️ English &amp; Scottish Gaelic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Lochmaddy pontoon (ferry terminal pier)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2-5 min from tender pontoon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Prehistoric sites, beaches, birdwatching, Gaelic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Barpa Langass Neolithic cairn &amp; Clachan Sands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~£10–£20 for short island runs — DMI Taxi (24/7) and Alda's Taxis/Minibus serve Lochmaddy and North Uist. Best for reaching sites like Balranald Nature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Barpa Langass Neolithic Cairn — </w:t>
      </w:r>
      <w:r>
        <w:rPr>
          <w:rFonts w:ascii="Arial" w:hAnsi="Arial" w:cs="Arial"/>
          <w:b w:val="0"/>
          <w:i w:val="0"/>
          <w:sz w:val="20"/>
        </w:rPr>
        <w:t>One of Scotland's best-preserved chambered cairns, built 5,000 years ago on a hillside overlooking a loch.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Clachan Sands &amp; Machair Walk — </w:t>
      </w:r>
      <w:r>
        <w:rPr>
          <w:rFonts w:ascii="Arial" w:hAnsi="Arial" w:cs="Arial"/>
          <w:b w:val="0"/>
          <w:i w:val="0"/>
          <w:sz w:val="20"/>
        </w:rPr>
        <w:t>The west coast's white shell-sand beaches are strikingly beautiful — turquoise water backed by dunes and, in summer, carpets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RSPB Balranald Reserve — </w:t>
      </w:r>
      <w:r>
        <w:rPr>
          <w:rFonts w:ascii="Arial" w:hAnsi="Arial" w:cs="Arial"/>
          <w:b w:val="0"/>
          <w:i w:val="0"/>
          <w:sz w:val="20"/>
        </w:rPr>
        <w:t>One of the UK's premier sites for hearing the elusive corncrake and spotting lapwings, oystercatchers, and seals.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Taigh Chearsabhagh Museum &amp; Arts Centre — </w:t>
      </w:r>
      <w:r>
        <w:rPr>
          <w:rFonts w:ascii="Arial" w:hAnsi="Arial" w:cs="Arial"/>
          <w:b w:val="0"/>
          <w:i w:val="0"/>
          <w:sz w:val="20"/>
        </w:rPr>
        <w:t>The cultural heart of North Uist — a museum covering island history, peat-cutting traditions, and Gaelic heritage alongside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Lochs &amp; Sea Inlets — </w:t>
      </w:r>
      <w:r>
        <w:rPr>
          <w:rFonts w:ascii="Arial" w:hAnsi="Arial" w:cs="Arial"/>
          <w:b w:val="0"/>
          <w:i w:val="0"/>
          <w:sz w:val="20"/>
        </w:rPr>
        <w:t>North Uist's labyrinth of freshwater and sea lochs is a world-class sea kayaking destination.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Lochmaddy Village &amp; Camera Obscura: </w:t>
      </w:r>
      <w:r>
        <w:rPr>
          <w:rFonts w:ascii="Arial" w:hAnsi="Arial" w:cs="Arial"/>
          <w:b w:val="0"/>
          <w:i w:val="0"/>
          <w:sz w:val="20"/>
        </w:rPr>
        <w:t>2 miles round-trip · 45-60 min · Easy coastal path — From the tender pontoon, walk through the village past Taigh Chearsabhagh and follow the coastal…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5:06AM–9:44PM · Jul 4:53AM–10:15PM · Sep 6:59AM–7:46PM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cruiseports.org/lochmaddy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Lochmaddy, North Uist,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chmadd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 an Sticir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