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Liverpool, England,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Britain's most storied port cities, Liverpool delivers an unbeatable combination of world-class music heritage, grand Victorian waterfront architecture, and genuinely free museums — all steps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(floating pontoon, Pier Head) · 🕒 Typical call: 8-10 hrs · 💷 Currency: British Pound (GBP)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 berth at Pier Head; ships up to 350 m;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5–15 min on foot to Royal Albert Dock, Three Graces, and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Beatles fans, history lovers, waterfront walks, free museums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Beatles Story at Albert Dock and the iconic Three Graces on the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£9–£12 — Metered taxis queue at the rank directly outside the terminal on St Nicholas Place. Journey to Liverpool Lime Street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Beatles Heritage Tour — </w:t>
      </w:r>
      <w:r>
        <w:rPr>
          <w:rFonts w:ascii="Arial" w:hAnsi="Arial" w:cs="Arial"/>
          <w:b w:val="0"/>
          <w:i w:val="0"/>
          <w:sz w:val="20"/>
        </w:rPr>
        <w:t>Hit the legendary Cavern Club on Mathew Street, Strawberry Field, Penny Lane, and the childhood homes of John Lennon and Paul…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Albert Dock &amp; Museums — </w:t>
      </w:r>
      <w:r>
        <w:rPr>
          <w:rFonts w:ascii="Arial" w:hAnsi="Arial" w:cs="Arial"/>
          <w:b w:val="0"/>
          <w:i w:val="0"/>
          <w:sz w:val="20"/>
        </w:rPr>
        <w:t>Historic Royal Albert Dock houses The Beatles Story, Tate Liverpool, and the Merseyside Maritime Museum — all within steps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Mersey Ferry River Cruise — </w:t>
      </w:r>
      <w:r>
        <w:rPr>
          <w:rFonts w:ascii="Arial" w:hAnsi="Arial" w:cs="Arial"/>
          <w:b w:val="0"/>
          <w:i w:val="0"/>
          <w:sz w:val="20"/>
        </w:rPr>
        <w:t>The classic 50-minute 'Ferry 'Cross the Mersey' round trip departs from Pier Head and gives superb views of the waterfront Three…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Chester Day Trip — </w:t>
      </w:r>
      <w:r>
        <w:rPr>
          <w:rFonts w:ascii="Arial" w:hAnsi="Arial" w:cs="Arial"/>
          <w:b w:val="0"/>
          <w:i w:val="0"/>
          <w:sz w:val="20"/>
        </w:rPr>
        <w:t>Just 45 minutes by train, Chester offers complete Roman city walls, unique two-tiered medieval shopping rows (The Rows), Chester…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District Day Excursion — </w:t>
      </w:r>
      <w:r>
        <w:rPr>
          <w:rFonts w:ascii="Arial" w:hAnsi="Arial" w:cs="Arial"/>
          <w:b w:val="0"/>
          <w:i w:val="0"/>
          <w:sz w:val="20"/>
        </w:rPr>
        <w:t>A longer coach excursion to England's premier national park — spectacular glacial lakes, fells, and quaint villages like…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Three Graces Walk: </w:t>
      </w:r>
      <w:r>
        <w:rPr>
          <w:rFonts w:ascii="Arial" w:hAnsi="Arial" w:cs="Arial"/>
          <w:b w:val="0"/>
          <w:i w:val="0"/>
          <w:sz w:val="20"/>
        </w:rPr>
        <w:t>1.5 km · 20–25 min · Flat — From the cruise terminal, stroll south along the waterfront promenade past the Museum of Liverpool…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Beatles City Walk: </w:t>
      </w:r>
      <w:r>
        <w:rPr>
          <w:rFonts w:ascii="Arial" w:hAnsi="Arial" w:cs="Arial"/>
          <w:b w:val="0"/>
          <w:i w:val="0"/>
          <w:sz w:val="20"/>
        </w:rPr>
        <w:t>2.5 km · 30–40 min · Flat — From Albert Dock, walk to the Beatles Statues at Pier Head, head up Water Street past grand banking…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5:11AM–9:05PM · Jul 5:03AM–9:32PM · Sep 6:46AM–7:26PM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cruiseports.org/liverpool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Liverpool, England,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verpoo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Cavern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Walker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Albert Dock Liverpool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Liverpool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Anfield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Knowsley Safari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