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Little Cayman, Cayman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and wildest of the Cayman Islands, Little Cayman is a slice of undisturbed paradise — home to one of the world's great dive walls, 20,000 nesting seabirds, and a permanent population of fewer than 200 people.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5–8 hrs · 💵 USD &amp; Cayman Islands Dollar (KYD) · 🗣️ English · 🤿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Blossom Village dock — no cruise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Dock is in the settlement; all services within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wildlife watching, uncrowded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Bloody Bay Wall dive &amp; Booby Pond Nature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A limited taxi service exists on the island but is rarely necessary given the tiny size. Fares are negotiated directly 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Bloody Bay Wall Scuba Dive — </w:t>
      </w:r>
      <w:r>
        <w:rPr>
          <w:rFonts w:ascii="Arial" w:hAnsi="Arial" w:cs="Arial"/>
          <w:b w:val="0"/>
          <w:i w:val="0"/>
          <w:sz w:val="20"/>
        </w:rPr>
        <w:t>Consistently ranked among the world's top dive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Booby Pond Nature Reserve — </w:t>
      </w:r>
      <w:r>
        <w:rPr>
          <w:rFonts w:ascii="Arial" w:hAnsi="Arial" w:cs="Arial"/>
          <w:b w:val="0"/>
          <w:i w:val="0"/>
          <w:sz w:val="20"/>
        </w:rPr>
        <w:t>A RAMSAR-designated wetland hosting one of the Caribbean's largest Red-footed Booby colonies — around 20,000 birds — plus…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of Sand Beach &amp; Snorkel — </w:t>
      </w:r>
      <w:r>
        <w:rPr>
          <w:rFonts w:ascii="Arial" w:hAnsi="Arial" w:cs="Arial"/>
          <w:b w:val="0"/>
          <w:i w:val="0"/>
          <w:sz w:val="20"/>
        </w:rPr>
        <w:t>The island's finest beach, with pink-tinged sand on the eastern tip and a vibrant coral reef just yards from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Owen Island Kayak — </w:t>
      </w:r>
      <w:r>
        <w:rPr>
          <w:rFonts w:ascii="Arial" w:hAnsi="Arial" w:cs="Arial"/>
          <w:b w:val="0"/>
          <w:i w:val="0"/>
          <w:sz w:val="20"/>
        </w:rPr>
        <w:t>Paddle around 200 yards across South Hole Sound to a completely uninhabited islet with clear shallow water and a true castaway…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Sister Islands Rock Iguana Spotting — </w:t>
      </w:r>
      <w:r>
        <w:rPr>
          <w:rFonts w:ascii="Arial" w:hAnsi="Arial" w:cs="Arial"/>
          <w:b w:val="0"/>
          <w:i w:val="0"/>
          <w:sz w:val="20"/>
        </w:rPr>
        <w:t>Little Cayman is home to the critically endangered Sister Islands Rock Iguana.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Blossom Village Stroll: </w:t>
      </w:r>
      <w:r>
        <w:rPr>
          <w:rFonts w:ascii="Arial" w:hAnsi="Arial" w:cs="Arial"/>
          <w:b w:val="0"/>
          <w:i w:val="0"/>
          <w:sz w:val="20"/>
        </w:rPr>
        <w:t>15 min | Flat | No gear needed — From the tender dock, walk to the Little Cayman Museum, the Hungry Iguana restaurant-bar,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Ride to Point of Sand: </w:t>
      </w:r>
      <w:r>
        <w:rPr>
          <w:rFonts w:ascii="Arial" w:hAnsi="Arial" w:cs="Arial"/>
          <w:b w:val="0"/>
          <w:i w:val="0"/>
          <w:sz w:val="20"/>
        </w:rPr>
        <w:t>5 miles each way | Flat | Bicycle required — Pedal east along the south-coast road past dive resorts, the Booby Pond trailhead, and open…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6:02AM–6:38PM · Jun 5:41AM–7:00PM · Aug 6:01AM–6:48PM · Sep 6:08AM–6:22PM · Oct 6:15AM–5:56PM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serious insect repellent. The protected wetlands mean mosquitoes and noseeums are fierce, especially in shade or when the wind drops. DEET-based…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Reserve a bicycle or scooter in advance. There are no taxis; Little Cayman Car Rentals is the sole vehicle rental operator and has very limited stock. Book…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USD cash. The US dollar is accepted everywhere alongside the Cayman Islands Dollar (KYD). Card acceptance is limited at smaller vendors.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cruiseports.org/little-cayman-island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