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List auf Sylt, Schleswig-Holstein,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northernmost town sits at the tip of Sylt — an island of wild dunes, pristine beaches, and world-class oysters that draws the country's elite and wandering cruise ships alike.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7-10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Lister Hafen (List Harbour)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lands at harbor; shops, GOSCH &amp; museum 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Dunes, oysters, seal tours, cycling the Ellenbogen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Sylter Royal oyster tasting and the Ellenbogen peninsula lighthouses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 base + ~€2.80/km; List to Westerland ~€35–45 — Metered taxis serve the whole island under the official North Frisian Islands tariff. The ride from List port to Westerl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Ellenbogen Dunes &amp; Lighthouses — </w:t>
      </w:r>
      <w:r>
        <w:rPr>
          <w:rFonts w:ascii="Arial" w:hAnsi="Arial" w:cs="Arial"/>
          <w:b w:val="0"/>
          <w:i w:val="0"/>
          <w:sz w:val="20"/>
        </w:rPr>
        <w:t>Cycle or walk the 4.5 km to the Ellenbogen (Elbow) peninsula — Germany's northernmost point — passing wild sheep, towering…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Wadden Sea Seal Watching Cruise — </w:t>
      </w:r>
      <w:r>
        <w:rPr>
          <w:rFonts w:ascii="Arial" w:hAnsi="Arial" w:cs="Arial"/>
          <w:b w:val="0"/>
          <w:i w:val="0"/>
          <w:sz w:val="20"/>
        </w:rPr>
        <w:t>Board an Adler-Schiffe boat at List Harbour for a cruise across the UNESCO Wadden Sea to see harbour seal colonies lounging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Sylter Royal Oyster Tasting — </w:t>
      </w:r>
      <w:r>
        <w:rPr>
          <w:rFonts w:ascii="Arial" w:hAnsi="Arial" w:cs="Arial"/>
          <w:b w:val="0"/>
          <w:i w:val="0"/>
          <w:sz w:val="20"/>
        </w:rPr>
        <w:t>Visit Dittmeyer's Austerncompagnie, a short walk from the harbour, to see the indoor seawater purification basins where Sylter…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Naturgewalten Forces of Nature Museum — </w:t>
      </w:r>
      <w:r>
        <w:rPr>
          <w:rFonts w:ascii="Arial" w:hAnsi="Arial" w:cs="Arial"/>
          <w:b w:val="0"/>
          <w:i w:val="0"/>
          <w:sz w:val="20"/>
        </w:rPr>
        <w:t>Highly interactive exhibition on the geology, weather, and ecology of Sylt and the Wadden Sea — right at the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Beach &amp; Strandkorb — </w:t>
      </w:r>
      <w:r>
        <w:rPr>
          <w:rFonts w:ascii="Arial" w:hAnsi="Arial" w:cs="Arial"/>
          <w:b w:val="0"/>
          <w:i w:val="0"/>
          <w:sz w:val="20"/>
        </w:rPr>
        <w:t>Take the bus or bike to Sylt's wild North Sea-facing West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Village Stroll: </w:t>
      </w:r>
      <w:r>
        <w:rPr>
          <w:rFonts w:ascii="Arial" w:hAnsi="Arial" w:cs="Arial"/>
          <w:b w:val="0"/>
          <w:i w:val="0"/>
          <w:sz w:val="20"/>
        </w:rPr>
        <w:t>1 km · 20 min · Flat — From the tender dock at List Harbour, walk the boardwalk past GOSCH, the Naturgewalten museum,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Königshafen Bay Walk: </w:t>
      </w:r>
      <w:r>
        <w:rPr>
          <w:rFonts w:ascii="Arial" w:hAnsi="Arial" w:cs="Arial"/>
          <w:b w:val="0"/>
          <w:i w:val="0"/>
          <w:sz w:val="20"/>
        </w:rPr>
        <w:t>3 km · 45 min · Easy — Head north from the harbour along the edge of Königshafen (King's Harbour), a calm sheltered bay.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5:18AM–9:27PM · Jul 5:08AM–9:55PM · Sep 6:59AM–7:42PM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cruiseports.org/list-auf-sylt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List auf Sylt, Schleswig-Holstein,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st-auf-syl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Leuchtturm List-Ost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Hjerpsted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Naturpfad Vogelkoje Kampen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Wanderdüne Horst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Naturzentrum Braderup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Leuchtturm List-West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Friesenkapelle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