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Lifou, Loyalty Islands, New Caledonia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coral atoll of turquoise bays and white-sand beaches — ships anchor off Easo while tenders ferry passengers to one of the South Pacific's most photogenic tender stops, rich in Kanak Melanesian culture.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6–8 hrs · 💵 CFP Franc (XPF) · 🗣️ French / Drehu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anchor off Easo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Easo village is steps from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 · Beaches · Kanak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Notre-Dame de Lourdes chapel clifftop view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Negotiated locally — Individual taxis can be hired at the tender pier for custom trips around the island. No meter system — agree on fare bef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Jinek Bay Marine Reserve Snorkeling — </w:t>
      </w:r>
      <w:r>
        <w:rPr>
          <w:rFonts w:ascii="Arial" w:hAnsi="Arial" w:cs="Arial"/>
          <w:b w:val="0"/>
          <w:i w:val="0"/>
          <w:sz w:val="20"/>
        </w:rPr>
        <w:t>Jinek Bay (also called Peng Bay) is one of the finest snorkeling spots in the Loyalty Islands — a protected marine reserve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Luengoni Beach — </w:t>
      </w:r>
      <w:r>
        <w:rPr>
          <w:rFonts w:ascii="Arial" w:hAnsi="Arial" w:cs="Arial"/>
          <w:b w:val="0"/>
          <w:i w:val="0"/>
          <w:sz w:val="20"/>
        </w:rPr>
        <w:t>Lifou's most beautiful beach — a sweeping arc of white sand, coral-clear water, and limestone caves at the headland.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Notre-Dame de Lourdes Chapel — </w:t>
      </w:r>
      <w:r>
        <w:rPr>
          <w:rFonts w:ascii="Arial" w:hAnsi="Arial" w:cs="Arial"/>
          <w:b w:val="0"/>
          <w:i w:val="0"/>
          <w:sz w:val="20"/>
        </w:rPr>
        <w:t>The iconic white chapel perched on the cliff above Easo Bay offers sweeping views over the turquoise water and the anchored ship…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Kanak Village &amp; Customary Welcome — </w:t>
      </w:r>
      <w:r>
        <w:rPr>
          <w:rFonts w:ascii="Arial" w:hAnsi="Arial" w:cs="Arial"/>
          <w:b w:val="0"/>
          <w:i w:val="0"/>
          <w:sz w:val="20"/>
        </w:rPr>
        <w:t>Experience a traditional Kanak (Melanesian) welcome in Easo or a nearby tribal village — dancing, weaving demonstrations, vanilla…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Jokin Cliffs &amp; Coastal Scenery — </w:t>
      </w:r>
      <w:r>
        <w:rPr>
          <w:rFonts w:ascii="Arial" w:hAnsi="Arial" w:cs="Arial"/>
          <w:b w:val="0"/>
          <w:i w:val="0"/>
          <w:sz w:val="20"/>
        </w:rPr>
        <w:t>The dramatic limestone cliffs at Jokin in the north of Lifou offer some of the island's most striking coastal scenery — sheer…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Easo Village to Notre-Dame de Lourdes Chapel: </w:t>
      </w:r>
      <w:r>
        <w:rPr>
          <w:rFonts w:ascii="Arial" w:hAnsi="Arial" w:cs="Arial"/>
          <w:b w:val="0"/>
          <w:i w:val="0"/>
          <w:sz w:val="20"/>
        </w:rPr>
        <w:t>~1 km · 30–40 min · moderate (steep climb) — From the tender dock, walk through Easo village and follow the path up the cliff to the white…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Easo Village Stroll: </w:t>
      </w:r>
      <w:r>
        <w:rPr>
          <w:rFonts w:ascii="Arial" w:hAnsi="Arial" w:cs="Arial"/>
          <w:b w:val="0"/>
          <w:i w:val="0"/>
          <w:sz w:val="20"/>
        </w:rPr>
        <w:t>~500 m · 20 min · easy — A short wander through the Kanak village of Easo — local craft stalls, vanilla and coconut vendors…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5:57AM–5:58PM · Jun 6:02AM–5:55PM · Aug 6:03AM–6:01PM · Sep 5:51AM–5:55PM · Oct 5:38AM–5:49PM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 timing is everything. Return to the tender dock at least 45 minutes before all-aboard — lines grow fast in the afternoon and there's no way to rush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in XPF is king. Local vendors and beach stalls work almost entirely in CFP Francs. Credit cards are rarely accepted outside ship-organized tours. Exchange…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your own snorkel gear. Lifou's reefs are exceptional, but rental availability ashore is limited and inconsistent. Packing mask, fins, and snorkel gives…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cruiseports.org/lifou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