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Levuka, Ovalau,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Fiji's forgotten first capital feels frozen in the 1880s — colonial timber storefronts, reef-fringed harbor, and the only UNESCO World Heritage town in the South Pacific.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Fijian Dollar (FJD) · 🗣️ English &amp; Fijian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harbor; 10–15 min ride to Levuka Town Jetty on Beach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right on the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culture seekers, off-the-beaten-path Fiji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199 Steps viewpoint and a Lovoni crater village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F$8–F$25 — Local taxis are available for trips beyond the walkable center. Short in-town rides run around F$8; longer trips to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Town Walking Tour — </w:t>
      </w:r>
      <w:r>
        <w:rPr>
          <w:rFonts w:ascii="Arial" w:hAnsi="Arial" w:cs="Arial"/>
          <w:b w:val="0"/>
          <w:i w:val="0"/>
          <w:sz w:val="20"/>
        </w:rPr>
        <w:t>Local guides lead you through Beach Street's 19th-century timber storefronts, the Sacred Heart Church (1858), the Cession Site…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Lovoni Crater Village Tour — </w:t>
      </w:r>
      <w:r>
        <w:rPr>
          <w:rFonts w:ascii="Arial" w:hAnsi="Arial" w:cs="Arial"/>
          <w:b w:val="0"/>
          <w:i w:val="0"/>
          <w:sz w:val="20"/>
        </w:rPr>
        <w:t>4WD into the extinct volcanic crater at the island's center to visit the fiercely independent Lovoni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the 199 Steps — </w:t>
      </w:r>
      <w:r>
        <w:rPr>
          <w:rFonts w:ascii="Arial" w:hAnsi="Arial" w:cs="Arial"/>
          <w:b w:val="0"/>
          <w:i w:val="0"/>
          <w:sz w:val="20"/>
        </w:rPr>
        <w:t>A self-guided hike up Mission Hill via the famous 199 Steps delivers sweeping panoramic views over Levuka's colonial rooftops…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Levuka Community Centre &amp; Museum — </w:t>
      </w:r>
      <w:r>
        <w:rPr>
          <w:rFonts w:ascii="Arial" w:hAnsi="Arial" w:cs="Arial"/>
          <w:b w:val="0"/>
          <w:i w:val="0"/>
          <w:sz w:val="20"/>
        </w:rPr>
        <w:t>Housed in the restored 1868 Morris Hedstrom building, this small museum holds artifacts, colonial-era photographs, and documents…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Hotel &amp; Whale's Tale Lunch — </w:t>
      </w:r>
      <w:r>
        <w:rPr>
          <w:rFonts w:ascii="Arial" w:hAnsi="Arial" w:cs="Arial"/>
          <w:b w:val="0"/>
          <w:i w:val="0"/>
          <w:sz w:val="20"/>
        </w:rPr>
        <w:t>Settle in at the Royal Hotel (1880s, oldest in the South Pacific) for a cold Fiji Bitter or a gin &amp; tonic among antique…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Street Heritage Stroll: </w:t>
      </w:r>
      <w:r>
        <w:rPr>
          <w:rFonts w:ascii="Arial" w:hAnsi="Arial" w:cs="Arial"/>
          <w:b w:val="0"/>
          <w:i w:val="0"/>
          <w:sz w:val="20"/>
        </w:rPr>
        <w:t>1.5 km · 30–45 min · Easy · Free — Start at Levuka Town Jetty and walk Beach Street end-to-end: the Sacred Heart Church clock 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Mission Hill — 199 Steps: </w:t>
      </w:r>
      <w:r>
        <w:rPr>
          <w:rFonts w:ascii="Arial" w:hAnsi="Arial" w:cs="Arial"/>
          <w:b w:val="0"/>
          <w:i w:val="0"/>
          <w:sz w:val="20"/>
        </w:rPr>
        <w:t>0.8 km round-trip · 45 min · Moderate (stairs) · Free — From the jetty, walk 8 minutes to the base of the 199 Steps and climb Mission Hill for the best…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6:12AM–5:53PM · Jun 6:31AM–5:34PM · Aug 6:22AM–5:52PM · Sep 5:58AM–5:57PM · Oct 5:34AM–6:03PM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modestly in town. Levuka is a conservative Fijian community. Cover knees and shoulders. For village visits, wear a sulu (sarong) and remove hats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 (FJD). The Westpac ATM in town can run out of money on cruise days. Exchange currency onboard or at a port before you arrive.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Sunday in Levuka = Sunday service. If your ship calls on Sunday, shops and the museum will be closed. Instead, attend a Fijian church service — the choral…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cruiseports.org/levuka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