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Leros Island, Dodecanese, Greece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Greece's best-kept secrets, Leros combines a striking Italian Art Deco port town, a Byzantine hilltop castle, and authentic fishing-village beaches — all with barely a tourist in sight.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at Lakki (most ships) · 🕒 Typical call: 6–8 hrs · 💶 Currency: Euro (€) · 🗣️ Language: Greek (English widely spoken)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Most ships dock at Lakki commercial pier; small/expedition ships may tender to Agia Marina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5–10 min flat walk from Lakki pier to Lakki town; Agia Marina is steps from its tender dock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WWII history, Italian architecture, authentic Greek beaches, wreck diving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Agios Isidoros chapel on the sea causeway and the castle views over Panteli bay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€5–€12 — Taxis meet ferries at Lakki port; rank also in Platanos village. From Lakki to Platanos ~€12 (10 min); from Agia Marina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Battle of Leros WWII Tunnel Museum — </w:t>
      </w:r>
      <w:r>
        <w:rPr>
          <w:rFonts w:ascii="Arial" w:hAnsi="Arial" w:cs="Arial"/>
          <w:b w:val="0"/>
          <w:i w:val="0"/>
          <w:sz w:val="20"/>
        </w:rPr>
        <w:t>Walk through genuine Italian-built wartime tunnels packed with recovered guns, uniforms, aircraft wreckage, and the story of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Castle of Panteli (Kastro) — </w:t>
      </w:r>
      <w:r>
        <w:rPr>
          <w:rFonts w:ascii="Arial" w:hAnsi="Arial" w:cs="Arial"/>
          <w:b w:val="0"/>
          <w:i w:val="0"/>
          <w:sz w:val="20"/>
        </w:rPr>
        <w:t>An 11th-century Byzantine fortress crowning the island's central ridge, with sweeping 360° views over the bays of Panteli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Lakki Rationalist Architecture Walk — </w:t>
      </w:r>
      <w:r>
        <w:rPr>
          <w:rFonts w:ascii="Arial" w:hAnsi="Arial" w:cs="Arial"/>
          <w:b w:val="0"/>
          <w:i w:val="0"/>
          <w:sz w:val="20"/>
        </w:rPr>
        <w:t>Mussolini transformed Lakki into a model Italian naval town in the 1930s — the result is a hauntingly beautiful, almost deserted…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Panteli &amp; Vromolithos Beach Afternoon — </w:t>
      </w:r>
      <w:r>
        <w:rPr>
          <w:rFonts w:ascii="Arial" w:hAnsi="Arial" w:cs="Arial"/>
          <w:b w:val="0"/>
          <w:i w:val="0"/>
          <w:sz w:val="20"/>
        </w:rPr>
        <w:t>Twin bays side by side, fringed by pine trees and lined with fish tavernas where you can eat grilled octopus and red mullet with…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Wreck Diving in Lakki Bay — </w:t>
      </w:r>
      <w:r>
        <w:rPr>
          <w:rFonts w:ascii="Arial" w:hAnsi="Arial" w:cs="Arial"/>
          <w:b w:val="0"/>
          <w:i w:val="0"/>
          <w:sz w:val="20"/>
        </w:rPr>
        <w:t>The intense WWII sea battles left dozens of warplanes and warships on the seabed of Leros's deep bays, making this one of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Lakki Waterfront to Rationalist Town Center: </w:t>
      </w:r>
      <w:r>
        <w:rPr>
          <w:rFonts w:ascii="Arial" w:hAnsi="Arial" w:cs="Arial"/>
          <w:b w:val="0"/>
          <w:i w:val="0"/>
          <w:sz w:val="20"/>
        </w:rPr>
        <w:t>1 km · Flat · 15–20 min — From the cruise pier, walk the wide promenade past the marina and into Lakki 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Agia Marina to Platanos to Castle: </w:t>
      </w:r>
      <w:r>
        <w:rPr>
          <w:rFonts w:ascii="Arial" w:hAnsi="Arial" w:cs="Arial"/>
          <w:b w:val="0"/>
          <w:i w:val="0"/>
          <w:sz w:val="20"/>
        </w:rPr>
        <w:t>1.5 km one-way · Steep · 30–40 min up — From the Agia Marina tender dock, wind uphill through the narrow lanes of Platanos —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Agios Isidoros Chapel Causeway: </w:t>
      </w:r>
      <w:r>
        <w:rPr>
          <w:rFonts w:ascii="Arial" w:hAnsi="Arial" w:cs="Arial"/>
          <w:b w:val="0"/>
          <w:i w:val="0"/>
          <w:sz w:val="20"/>
        </w:rPr>
        <w:t>Short walk · Easy · ~15 min — Walk the narrow stone causeway stretching out to sea to reach the tiny Agios Isidoros chapel…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5:15AM–7:35PM · Jul 5:05AM–7:50PM · Sep 5:55AM–6:45PM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cruiseports.org/leros-island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Leros Island, Dodecanese, Greece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eros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DEPOSITO DI GUERRA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Leros War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Panteli Beach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Xirokampos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Bellenis Tower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Blefoutis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Dyo Liskaria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Panaghia Kavouradena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