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Lelystad, Flevoland, Netherlands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Lelystad sits on land that didn't exist 70 years ago — drained from the IJsselmeer and engineered into a city. Come for the replica VOC tall ship, stay for the wild horses roaming reclaimed polders.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(BataviaHaven pier) · 🕒 Typical call: 7-9 hrs · 💶 Euro (€) · 🗣️ Dutch (English widely spoken) · 🚲 Flat &amp; cycling-friendly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at BataviaHaven — river cruise ships moor directly;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~10 min walk or 3 km to Lelystad Centrum; Batavialand is steps from the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Maritime history, aviation buffs, polder nature, outlet shopping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Batavialand's full-scale VOC ship Batavia and the Oostvaardersplassen wild horses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€18–22 — Fixed-price taxi from Bataviahaven to Lelystad Centrum Station takes about 5 minutes. Companies like Staxi offer advance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Batavialand — VOC Ship &amp; Polder Museum — </w:t>
      </w:r>
      <w:r>
        <w:rPr>
          <w:rFonts w:ascii="Arial" w:hAnsi="Arial" w:cs="Arial"/>
          <w:b w:val="0"/>
          <w:i w:val="0"/>
          <w:sz w:val="20"/>
        </w:rPr>
        <w:t>Walk the decks of a painstakingly reconstructed 17th-century VOC merchant ship, the Batavia, built by traditional craftsmen 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Aviodrome — National Aviation Museum — </w:t>
      </w:r>
      <w:r>
        <w:rPr>
          <w:rFonts w:ascii="Arial" w:hAnsi="Arial" w:cs="Arial"/>
          <w:b w:val="0"/>
          <w:i w:val="0"/>
          <w:sz w:val="20"/>
        </w:rPr>
        <w:t>Over 100 historic aircraft and helicopters, flight simulators, a 4D theatre, and the full story of Dutch aviation from the Wright…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Oostvaardersplassen Wild Nature Reserve — </w:t>
      </w:r>
      <w:r>
        <w:rPr>
          <w:rFonts w:ascii="Arial" w:hAnsi="Arial" w:cs="Arial"/>
          <w:b w:val="0"/>
          <w:i w:val="0"/>
          <w:sz w:val="20"/>
        </w:rPr>
        <w:t>One of Europe's boldest rewilding experiments — this vast wetland reserve on the outskirts of Lelystad is home to free-roaming…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Batavia Stad Fashion Outlet — </w:t>
      </w:r>
      <w:r>
        <w:rPr>
          <w:rFonts w:ascii="Arial" w:hAnsi="Arial" w:cs="Arial"/>
          <w:b w:val="0"/>
          <w:i w:val="0"/>
          <w:sz w:val="20"/>
        </w:rPr>
        <w:t>A large designer outlet village built in the style of a Dutch town, right next to BataviaHaven.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Nieuw Land Heritage Centre — </w:t>
      </w:r>
      <w:r>
        <w:rPr>
          <w:rFonts w:ascii="Arial" w:hAnsi="Arial" w:cs="Arial"/>
          <w:b w:val="0"/>
          <w:i w:val="0"/>
          <w:sz w:val="20"/>
        </w:rPr>
        <w:t>Tells the complete story of how the Netherlands created Flevoland — draining the Zuiderzee and turning open water into productive…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BataviaHaven Waterfront Loop: </w:t>
      </w:r>
      <w:r>
        <w:rPr>
          <w:rFonts w:ascii="Arial" w:hAnsi="Arial" w:cs="Arial"/>
          <w:b w:val="0"/>
          <w:i w:val="0"/>
          <w:sz w:val="20"/>
        </w:rPr>
        <w:t>~1.5 km · 20 min · Easy — A gentle loop around the historic harbour taking in the moored tall ships, the Batavialand…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to Lelystad Centrum: </w:t>
      </w:r>
      <w:r>
        <w:rPr>
          <w:rFonts w:ascii="Arial" w:hAnsi="Arial" w:cs="Arial"/>
          <w:b w:val="0"/>
          <w:i w:val="0"/>
          <w:sz w:val="20"/>
        </w:rPr>
        <w:t>~3 km · 35 min · Easy — Walk or cycle into the city centre along flat polder roads and dedicated cycle paths.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5:42AM–9:27PM · Jul 5:34AM–9:53PM · Sep 7:12AM–7:52PM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cruiseports.org/lelystad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Lelystad, Flevoland, Netherlands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elysta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Oostvaardersplassen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Natuurpark Lelystad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Observatorium, Robert Morris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Foundation Space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Marker Wadden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Luchtvaartmuseum Aviodrome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Dronten Mechanical Heritage Center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Bultpark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