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Lelepa Island, Efate, Vanuatu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sacred, community-owned island off Efate where ancient caves, brilliant coral reefs, and unhurried village life haven't changed in centuries — reached by tender into one of the Pacific's most sheltered harbours.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pier) · 🕒 Typical call: 6-8 hrs · 💵 Vanuatu Vatu (VUV) / AUD accepted · 🗣️ Bislama, English, French · 🏝️ Royal Beach Club opening 2027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ships anchor in Havannah Harbour; tender to island beach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Sandy paths only; no roads or vehicles; Fels Cave ~10 min from beach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Culture, snorkelling, UNESCO history, authentic village visits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Fels Cave rock art (3,000-year-old carvings inside a sacred limestone cavern)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Varies by distance — Taxis and shared minivans (buses) operate in Port Vila on nearby Efate island, not on Lelepa itself. Local apps Island 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Fels Cave &amp; Chief Roi Mata's Domain — </w:t>
      </w:r>
      <w:r>
        <w:rPr>
          <w:rFonts w:ascii="Arial" w:hAnsi="Arial" w:cs="Arial"/>
          <w:b w:val="0"/>
          <w:i w:val="0"/>
          <w:sz w:val="20"/>
        </w:rPr>
        <w:t>A guided walk to Fels Cave, where rock art up to 3,000 years old covers the walls.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Snorkelling the Giant Clam Sanctuary — </w:t>
      </w:r>
      <w:r>
        <w:rPr>
          <w:rFonts w:ascii="Arial" w:hAnsi="Arial" w:cs="Arial"/>
          <w:b w:val="0"/>
          <w:i w:val="0"/>
          <w:sz w:val="20"/>
        </w:rPr>
        <w:t>The community protects a shallow marine reserve just offshore where giant clams, sea turtles, clownfish, and coral gardens thrive.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Natapao Village Visit — </w:t>
      </w:r>
      <w:r>
        <w:rPr>
          <w:rFonts w:ascii="Arial" w:hAnsi="Arial" w:cs="Arial"/>
          <w:b w:val="0"/>
          <w:i w:val="0"/>
          <w:sz w:val="20"/>
        </w:rPr>
        <w:t>Walk through Natapao, the island's main village on its southern edge, and meet locals — children may sing, elders demonstrate…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Mt. Tifit Ridge Walk — </w:t>
      </w:r>
      <w:r>
        <w:rPr>
          <w:rFonts w:ascii="Arial" w:hAnsi="Arial" w:cs="Arial"/>
          <w:b w:val="0"/>
          <w:i w:val="0"/>
          <w:sz w:val="20"/>
        </w:rPr>
        <w:t>A short but rewarding climb toward Mt.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 Day &amp; Traditional Beachside Lunch — </w:t>
      </w:r>
      <w:r>
        <w:rPr>
          <w:rFonts w:ascii="Arial" w:hAnsi="Arial" w:cs="Arial"/>
          <w:b w:val="0"/>
          <w:i w:val="0"/>
          <w:sz w:val="20"/>
        </w:rPr>
        <w:t>Most full-day tours include a beachside BBQ lunch of grilled fish, chicken, taro, and fresh tropical fruit.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 Landing to Fels Cave: </w:t>
      </w:r>
      <w:r>
        <w:rPr>
          <w:rFonts w:ascii="Arial" w:hAnsi="Arial" w:cs="Arial"/>
          <w:b w:val="0"/>
          <w:i w:val="0"/>
          <w:sz w:val="20"/>
        </w:rPr>
        <w:t>~1 km | 10-15 min | Easy-Moderate — From the beach landing area, a sandy track leads through light jungle toward the southwest side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Loop — Natapao: </w:t>
      </w:r>
      <w:r>
        <w:rPr>
          <w:rFonts w:ascii="Arial" w:hAnsi="Arial" w:cs="Arial"/>
          <w:b w:val="0"/>
          <w:i w:val="0"/>
          <w:sz w:val="20"/>
        </w:rPr>
        <w:t>~0.8 km loop | 30 min | Easy — A short circular walk from the beach through Natapao village, past the community school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6:04AM–5:22PM · Jul 6:18AM–5:28PM · Sep 5:43AM–5:42PM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cruiseports.org/lelepa-island-vanuatu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Lelepa Island, Efate, Vanuatu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elepa-island-vanuatu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Roawia Turtle &amp; Snorkelling Tours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Mele Cascades Waterfall Entrance Desk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