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Leknes-Gravdal, Lofoten Islands,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Gravdal port is brutally honest about itself — an industrial quay with nothing to walk to. But rent a car or join a tour and you're minutes from Lofoten's jaw-dropping white-sand beaches, dramatic peaks, and Europe's largest Viking longhouse.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or Tender (ship-size dependent) · 🕒 Typical call: 7–10 hrs · 💵 Norwegian Krone (NOK) — cards accepted everywhere · 🗣️ Norwegian / English widely spoken · 🚗 Car rental essential for independent exploration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ships ≤230 m; larger ships tender to Gravdal harbour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Gravdal village: 10–15 min; Leknes town: 4 km (45 min, not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hiking, Viking history, Arctic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Haukland Beach (Europe's most beautiful) and Lofotr Viking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NOK 250 (~$23) to Leknes center — Taxi rank directly at Gravdal pier. Fares to Leknes sentrum run around NOK 250; surcharges apply evenings and weekends.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Haukland &amp; Uttakleiv Beaches — </w:t>
      </w:r>
      <w:r>
        <w:rPr>
          <w:rFonts w:ascii="Arial" w:hAnsi="Arial" w:cs="Arial"/>
          <w:b w:val="0"/>
          <w:i w:val="0"/>
          <w:sz w:val="20"/>
        </w:rPr>
        <w:t>Two of Lofoten's most iconic beaches sit back-to-back connected by a tunnel.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Lofotr Viking Museum (Borg) — </w:t>
      </w:r>
      <w:r>
        <w:rPr>
          <w:rFonts w:ascii="Arial" w:hAnsi="Arial" w:cs="Arial"/>
          <w:b w:val="0"/>
          <w:i w:val="0"/>
          <w:sz w:val="20"/>
        </w:rPr>
        <w:t>The largest reconstructed Viking longhouse ever discovered, 15 km north of Leknes.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Nusfjord Historic Fishing Village — </w:t>
      </w:r>
      <w:r>
        <w:rPr>
          <w:rFonts w:ascii="Arial" w:hAnsi="Arial" w:cs="Arial"/>
          <w:b w:val="0"/>
          <w:i w:val="0"/>
          <w:sz w:val="20"/>
        </w:rPr>
        <w:t>One of Norway's oldest and best-preserved fishing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Hiking Holandsmelen or Offerøyfjellet — </w:t>
      </w:r>
      <w:r>
        <w:rPr>
          <w:rFonts w:ascii="Arial" w:hAnsi="Arial" w:cs="Arial"/>
          <w:b w:val="0"/>
          <w:i w:val="0"/>
          <w:sz w:val="20"/>
        </w:rPr>
        <w:t>Holandsmelen is a moderate 2–3 hour hike yielding 360° views of the coast and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Ramberg &amp; Skagsanden Beaches — </w:t>
      </w:r>
      <w:r>
        <w:rPr>
          <w:rFonts w:ascii="Arial" w:hAnsi="Arial" w:cs="Arial"/>
          <w:b w:val="0"/>
          <w:i w:val="0"/>
          <w:sz w:val="20"/>
        </w:rPr>
        <w:t>Wide white-sand beaches on the south coast backed by dramatic peaks.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Buksnes Church: </w:t>
      </w:r>
      <w:r>
        <w:rPr>
          <w:rFonts w:ascii="Arial" w:hAnsi="Arial" w:cs="Arial"/>
          <w:b w:val="0"/>
          <w:i w:val="0"/>
          <w:sz w:val="20"/>
        </w:rPr>
        <w:t>1.5 km each way · 20 min · Easy · Free — A flat walk from the pier into Gravdal village leads to the striking red Buksnes Church (1905)…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6:22AM–7:36PM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cruiseports.org/leknes-gravdal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Leknes-Gravdal, Lofoten Islands,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knes-gravd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Holandsmelen Parking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Vik 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Offersøykammen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Haukland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