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Lefkada Island, Ionian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Ionian gem of cliff-fringed turquoise bays and olive-draped hillsides, Lefkada rewards cruise visitors with some of Greece's most spectacular beaches — all reached by tender from the lively harbour village of Nydri.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(Nydri) · 🕒 Typical call: 7-9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from anchorage off Nydri; tenders run continuously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 min — Nydri's waterfront strip is right at the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Iconic beaches, island boat tours, kitesurfing, Greek village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Porto Katsiki beach or a Nydri boat trip to Meganisi &amp; Skorpios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€7–€36 — Metered taxis available at Lefkada Town marina and Nidri port. Short hops within Lefkada Town run ~€7; pre-booked transf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Katsiki &amp; Egremni Boat Tour — </w:t>
      </w:r>
      <w:r>
        <w:rPr>
          <w:rFonts w:ascii="Arial" w:hAnsi="Arial" w:cs="Arial"/>
          <w:b w:val="0"/>
          <w:i w:val="0"/>
          <w:sz w:val="20"/>
        </w:rPr>
        <w:t>The signature Lefkada experience — a half-day boat trip from Nydri to the island's two most iconic white-cliff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Kathisma Beach &amp; Kitesurfing at Agios Ioannis — </w:t>
      </w:r>
      <w:r>
        <w:rPr>
          <w:rFonts w:ascii="Arial" w:hAnsi="Arial" w:cs="Arial"/>
          <w:b w:val="0"/>
          <w:i w:val="0"/>
          <w:sz w:val="20"/>
        </w:rPr>
        <w:t>Head to the west coast for Kathisma, one of Greece's top beaches — paragliders land here and the surf is electric.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Agia Mavra Castle &amp; Lefkada Old Town — </w:t>
      </w:r>
      <w:r>
        <w:rPr>
          <w:rFonts w:ascii="Arial" w:hAnsi="Arial" w:cs="Arial"/>
          <w:b w:val="0"/>
          <w:i w:val="0"/>
          <w:sz w:val="20"/>
        </w:rPr>
        <w:t>Walk or taxi to the 14th-century Venetian Agia Mavra Castle guarding the causeway, then explore Lefkada Town's colourful…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Dimosari Waterfalls Hike — </w:t>
      </w:r>
      <w:r>
        <w:rPr>
          <w:rFonts w:ascii="Arial" w:hAnsi="Arial" w:cs="Arial"/>
          <w:b w:val="0"/>
          <w:i w:val="0"/>
          <w:sz w:val="20"/>
        </w:rPr>
        <w:t>A short trail just inland from Nydri (about 3 km up the Dimosari gorge) leads through olive groves to a series of lush waterfalls…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Meganisi &amp; Skorpios Island Cruise — </w:t>
      </w:r>
      <w:r>
        <w:rPr>
          <w:rFonts w:ascii="Arial" w:hAnsi="Arial" w:cs="Arial"/>
          <w:b w:val="0"/>
          <w:i w:val="0"/>
          <w:sz w:val="20"/>
        </w:rPr>
        <w:t>Boat tours from Nydri loop around the private Onassis island of Skorpios and the unspoilt island of Meganisi with stops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Nydri Waterfront Stroll: </w:t>
      </w:r>
      <w:r>
        <w:rPr>
          <w:rFonts w:ascii="Arial" w:hAnsi="Arial" w:cs="Arial"/>
          <w:b w:val="0"/>
          <w:i w:val="0"/>
          <w:sz w:val="20"/>
        </w:rPr>
        <w:t>1.5 km loop | Easy | 20 min — From the tender landing, walk north along the harbour past tavernas, water-sports operators,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Dimosari Waterfalls Trail: </w:t>
      </w:r>
      <w:r>
        <w:rPr>
          <w:rFonts w:ascii="Arial" w:hAnsi="Arial" w:cs="Arial"/>
          <w:b w:val="0"/>
          <w:i w:val="0"/>
          <w:sz w:val="20"/>
        </w:rPr>
        <w:t>4 km return | Easy-moderate | 1.5 hrs — Head inland from Nydri (the falls are about 3 km up the Dimosari gorge) and follow the signed trail…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6:25AM–8:42PM · Jul 6:24AM–9:00PM · Sep 7:18AM–7:45PM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cruiseports.org/lefkada-island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Lefkada Island, Ionian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fkad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Faneromeni Monastery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Ελλομένο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Ιερός Ναός Αγίας Κυριακής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WATERFALLS NIDRI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