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Le Marin, Martinique,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yachting capital of the southern Caribbean, Le Marin pairs a buzzing French marina with white-sand beaches, sugar-cane rum distilleries, and a centuries-old Jesuit church — all poured into an authentic Creole-French island town.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6-8 hrs · 💶 Currency: Euro (€) · 🗣️ French &amp; Antillean Creole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the bay; tender boats land at Marina du Marin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10-15 min from tender dock to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rum tasting, sailing atmosphere, Creole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Grande Anse des Salines (most beautiful beach in Martinique) &amp; Église Saint-Étienne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€29–€100+ — Government-regulated taxis are available at the port. Fares to Sainte-Anne run ~€29–€47; Fort-de-France is ~€100. Confir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Grande Anse des Salines — </w:t>
      </w:r>
      <w:r>
        <w:rPr>
          <w:rFonts w:ascii="Arial" w:hAnsi="Arial" w:cs="Arial"/>
          <w:b w:val="0"/>
          <w:i w:val="0"/>
          <w:sz w:val="20"/>
        </w:rPr>
        <w:t>Often called the most beautiful beach in Martinique, Salines delivers a sweeping arc of golden sand, leaning palms, and views…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Plage de la Pointe Marin — </w:t>
      </w:r>
      <w:r>
        <w:rPr>
          <w:rFonts w:ascii="Arial" w:hAnsi="Arial" w:cs="Arial"/>
          <w:b w:val="0"/>
          <w:i w:val="0"/>
          <w:sz w:val="20"/>
        </w:rPr>
        <w:t>Calm, shallow, family-friendly beach at the southern entrance to Le Marin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Distillerie La Mauny Rum Tour — </w:t>
      </w:r>
      <w:r>
        <w:rPr>
          <w:rFonts w:ascii="Arial" w:hAnsi="Arial" w:cs="Arial"/>
          <w:b w:val="0"/>
          <w:i w:val="0"/>
          <w:sz w:val="20"/>
        </w:rPr>
        <w:t>An active agricultural rum distillery in Rivière-Pilote, about 15 min from Le Marin.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Catamaran Sail &amp; Snorkel — </w:t>
      </w:r>
      <w:r>
        <w:rPr>
          <w:rFonts w:ascii="Arial" w:hAnsi="Arial" w:cs="Arial"/>
          <w:b w:val="0"/>
          <w:i w:val="0"/>
          <w:sz w:val="20"/>
        </w:rPr>
        <w:t>Local operators at the marina offer day sails to Martinique's southern coves, often including snorkel stops, a swim at La…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Mangrove Kayak Excursion — </w:t>
      </w:r>
      <w:r>
        <w:rPr>
          <w:rFonts w:ascii="Arial" w:hAnsi="Arial" w:cs="Arial"/>
          <w:b w:val="0"/>
          <w:i w:val="0"/>
          <w:sz w:val="20"/>
        </w:rPr>
        <w:t>Paddle through the protected mangrove ecosystem of the Bassin de Carénage — crabs, herons, and tropical fish in a calm, sheltered…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to Town Center: </w:t>
      </w:r>
      <w:r>
        <w:rPr>
          <w:rFonts w:ascii="Arial" w:hAnsi="Arial" w:cs="Arial"/>
          <w:b w:val="0"/>
          <w:i w:val="0"/>
          <w:sz w:val="20"/>
        </w:rPr>
        <w:t>0.6 mi / 1 km — 10-15 min — Flat — Walk east along the waterfront boulevard from the tender dock through the marina, past waterfront…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5:36AM–6:23PM · Jul 5:42AM–6:36PM · Sep 5:52AM–6:04PM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cruiseports.org/le-marin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Le Marin, Martinique,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e-mari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Ecomuseum of Martinique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Jardin Creole Ecotours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Église Saint-Étienne du Marin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Plage Municipale de Sainte-Anne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Point de vue du Morne Gommier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