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Långnäs, Åland Islands,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deep-water Baltic gateway tucked inside a pine-fringed bay, Långnäs unlocks the Swedish-speaking Åland archipelago — medieval fortresses, a legendary windjammer, and some of the flattest, most bike-friendly islands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(deep-water dock) · 🕒 Typical call: 4–8 hrs · 💶 Euro (card accepted everywhere) · 🗣️ Swedish / English · 🏝️ Island-hopping base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deep-water quay,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at port; Mariehamn is 30 km (taxi/bus ~35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medieval history, Baltic island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Ship Pommern &amp; Åland Maritime Museum in Mariehamn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~€75 one-way — Mariehamns Taxi serves the route (28–30 km). Base fare €7.30 + distance rate €2.21–2.78/km; expect surcharges for non-Ma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Mariehamn City &amp; Museum Ship Pommern — </w:t>
      </w:r>
      <w:r>
        <w:rPr>
          <w:rFonts w:ascii="Arial" w:hAnsi="Arial" w:cs="Arial"/>
          <w:b w:val="0"/>
          <w:i w:val="0"/>
          <w:sz w:val="20"/>
        </w:rPr>
        <w:t>The Åland capital is 30 km west and punches well above its size.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Kastelholm Castle &amp; Jan Karlsgården — </w:t>
      </w:r>
      <w:r>
        <w:rPr>
          <w:rFonts w:ascii="Arial" w:hAnsi="Arial" w:cs="Arial"/>
          <w:b w:val="0"/>
          <w:i w:val="0"/>
          <w:sz w:val="20"/>
        </w:rPr>
        <w:t>Åland's 14th-century royal fortress — where Swedish kings including Gustav Vasa once stayed — is beautifully restored.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Bomarsund Fortress Ruins — </w:t>
      </w:r>
      <w:r>
        <w:rPr>
          <w:rFonts w:ascii="Arial" w:hAnsi="Arial" w:cs="Arial"/>
          <w:b w:val="0"/>
          <w:i w:val="0"/>
          <w:sz w:val="20"/>
        </w:rPr>
        <w:t>The ruins of a massive Russian imperial fortress blown up by Anglo-French forces during the Crimean War in 1854.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Lumparland Cycling Loop — </w:t>
      </w:r>
      <w:r>
        <w:rPr>
          <w:rFonts w:ascii="Arial" w:hAnsi="Arial" w:cs="Arial"/>
          <w:b w:val="0"/>
          <w:i w:val="0"/>
          <w:sz w:val="20"/>
        </w:rPr>
        <w:t>Rent a bike and explore Lumparland — Åland's smallest and quietest municipality.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Hopping by Ferry — </w:t>
      </w:r>
      <w:r>
        <w:rPr>
          <w:rFonts w:ascii="Arial" w:hAnsi="Arial" w:cs="Arial"/>
          <w:b w:val="0"/>
          <w:i w:val="0"/>
          <w:sz w:val="20"/>
        </w:rPr>
        <w:t>Långnäs is the departure point for local ferries to Föglö, Sottunga, Kökar, and Kumlinge — outer islands with medieval churches…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Mariehamn Esplanaden Walk: </w:t>
      </w:r>
      <w:r>
        <w:rPr>
          <w:rFonts w:ascii="Arial" w:hAnsi="Arial" w:cs="Arial"/>
          <w:b w:val="0"/>
          <w:i w:val="0"/>
          <w:sz w:val="20"/>
        </w:rPr>
        <w:t>2 km · Flat · 30 min · Free — After the shuttle drops you in Mariehamn, walk the Esplanaden — the town's signature tree-lined…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Lumparland Church Road Walk: </w:t>
      </w:r>
      <w:r>
        <w:rPr>
          <w:rFonts w:ascii="Arial" w:hAnsi="Arial" w:cs="Arial"/>
          <w:b w:val="0"/>
          <w:i w:val="0"/>
          <w:sz w:val="20"/>
        </w:rPr>
        <w:t>~5 km · Flat · 1 hr · Free — On foot or by bike from the port, take the quiet country road toward Klemetsby to reach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5:54AM–6:59PM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cruiseports.org/langnas-aland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Långnäs, Åland Islands,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ngnas-a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Bomarsund Fortress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Notvikstornet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