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Langesund, Telemark,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intimate 'Riviera' town delivers 450-million-year-old geopark rocks, WWII fort views, and the best shrimp-on-the-dock lunch in Scandinavia — all within easy walking distance of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💳 Cashless — card everywhere · 🗣️ Norwegian (English widely spoken) · 🌊 Norwegian Riviera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anchor offshore, small boats to town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landing to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coastal Norway, geology, WWII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shrimp at the harbor &amp; Tangen Fort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NOK — Local taxis (Bamble Taxi, Grenland Taxi, Telemark Taxi) are available but the short distance means most passengers simpl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Gea Norvegica UNESCO Geopark Walk — </w:t>
      </w:r>
      <w:r>
        <w:rPr>
          <w:rFonts w:ascii="Arial" w:hAnsi="Arial" w:cs="Arial"/>
          <w:b w:val="0"/>
          <w:i w:val="0"/>
          <w:sz w:val="20"/>
        </w:rPr>
        <w:t>Steinvika, on Langesund's western shore, exposes 450-million-year-old volcanic and glacial rock formations with fossil beds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Tangen Fort WWII Ruins — </w:t>
      </w:r>
      <w:r>
        <w:rPr>
          <w:rFonts w:ascii="Arial" w:hAnsi="Arial" w:cs="Arial"/>
          <w:b w:val="0"/>
          <w:i w:val="0"/>
          <w:sz w:val="20"/>
        </w:rPr>
        <w:t>Walk the peninsula tip to explore German WWII coastal fortifications — bunkers, cannon emplacements, and trenches — now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Island Ferry — </w:t>
      </w:r>
      <w:r>
        <w:rPr>
          <w:rFonts w:ascii="Arial" w:hAnsi="Arial" w:cs="Arial"/>
          <w:b w:val="0"/>
          <w:i w:val="0"/>
          <w:sz w:val="20"/>
        </w:rPr>
        <w:t>Hop on the local Skjærgårdsbåtene commuter ferry for a scenic ride through Langesundsfjord to car-free islands like Sandøya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Wrightegaarden Historic Merchant House — </w:t>
      </w:r>
      <w:r>
        <w:rPr>
          <w:rFonts w:ascii="Arial" w:hAnsi="Arial" w:cs="Arial"/>
          <w:b w:val="0"/>
          <w:i w:val="0"/>
          <w:sz w:val="20"/>
        </w:rPr>
        <w:t>An 18th-century merchant estate at the heart of Langesund's cultural life, famous for hosting world-class musicians (Bob Dylan…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the Skjærgård — </w:t>
      </w:r>
      <w:r>
        <w:rPr>
          <w:rFonts w:ascii="Arial" w:hAnsi="Arial" w:cs="Arial"/>
          <w:b w:val="0"/>
          <w:i w:val="0"/>
          <w:sz w:val="20"/>
        </w:rPr>
        <w:t>Paddle through the island-studded Langesund archipelago with local guides, exploring sea caves and skerries along Norway's…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Tangen Fort: </w:t>
      </w:r>
      <w:r>
        <w:rPr>
          <w:rFonts w:ascii="Arial" w:hAnsi="Arial" w:cs="Arial"/>
          <w:b w:val="0"/>
          <w:i w:val="0"/>
          <w:sz w:val="20"/>
        </w:rPr>
        <w:t>4 km round trip · 1-1.5 hrs · Easy — From the tender quay, follow the harbor promenade past the white captain's houses of Smietangen…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Krogshavn Beach: </w:t>
      </w:r>
      <w:r>
        <w:rPr>
          <w:rFonts w:ascii="Arial" w:hAnsi="Arial" w:cs="Arial"/>
          <w:b w:val="0"/>
          <w:i w:val="0"/>
          <w:sz w:val="20"/>
        </w:rPr>
        <w:t>2.4 km round trip · 40 min · Easy — A gentle stroll from the quay through the old town to Krogshavn, Langesund's main swimming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Steinvika Geopark Loop: </w:t>
      </w:r>
      <w:r>
        <w:rPr>
          <w:rFonts w:ascii="Arial" w:hAnsi="Arial" w:cs="Arial"/>
          <w:b w:val="0"/>
          <w:i w:val="0"/>
          <w:sz w:val="20"/>
        </w:rPr>
        <w:t>2.5 km · 1 hr · Easy-moderate — Walk the coastal path west from the quay to Steinvika for the UNESCO-listed rock formations,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4:50AM–9:45PM · Jul 4:34AM–10:18PM · Sep 6:50AM–7:40PM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cruiseports.org/langesund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Langesund, Telemark,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nge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Tangvald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Brevik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Tangen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Paradisbukta (Jordsbukta)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Badeparken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Mølen Gea Norvegica Geopark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