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Lanai Island, Hawaii,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Hawaii's quietest island has no traffic lights and one extraordinary beach. From the tender pier it's a ten-minute walk to Hulopoe — powder-white sand, spinner dolphins, and sea-stack scenery straight out of a postcard.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in Manele Bay) · 🕒 Typical call: 6-8 hrs · 💵 USD · 🗣️ English / Hawaiian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tender — ships anchor in Manele Bay; 15–20 min tender ride to Manele Harbor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beach: </w:t>
      </w:r>
      <w:r>
        <w:rPr>
          <w:rFonts w:ascii="Arial" w:hAnsi="Arial" w:cs="Arial"/>
          <w:b w:val="0"/>
          <w:i w:val="0"/>
          <w:sz w:val="20"/>
        </w:rPr>
        <w:t>0.5 mi / 10–15 min walk from tender pier to Hulopoe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beach days, coastal hikes, spinner dolphins,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Sweetheart Rock (Pu'u Pehe) viewpoint above Hulopoe Bay — iconic Hawaiian sea stack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$3.50 drop + ~$4/mile — Limited taxi services (e.g. Dela Cruz Taxi) are available but require advance booking. Can accommodate up to 7 passenger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Holoholo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Hulopoe Beach Day — </w:t>
      </w:r>
      <w:r>
        <w:rPr>
          <w:rFonts w:ascii="Arial" w:hAnsi="Arial" w:cs="Arial"/>
          <w:b w:val="0"/>
          <w:i w:val="0"/>
          <w:sz w:val="20"/>
        </w:rPr>
        <w:t>One of Hawaii's finest beaches is a 10-minute walk from the tender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Sweetheart Rock (Pu'u Pehe) Hike — </w:t>
      </w:r>
      <w:r>
        <w:rPr>
          <w:rFonts w:ascii="Arial" w:hAnsi="Arial" w:cs="Arial"/>
          <w:b w:val="0"/>
          <w:i w:val="0"/>
          <w:sz w:val="20"/>
        </w:rPr>
        <w:t>Follow the coastal path past Hulopoe Beach to a clifftop overlook above the iconic 80-foot sea stack.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Spinner Dolphin Watching — </w:t>
      </w:r>
      <w:r>
        <w:rPr>
          <w:rFonts w:ascii="Arial" w:hAnsi="Arial" w:cs="Arial"/>
          <w:b w:val="0"/>
          <w:i w:val="0"/>
          <w:sz w:val="20"/>
        </w:rPr>
        <w:t>Pods of spinner dolphins frequently rest and play in Manele Bay and Hulopoe Bay in the morning.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4WD Island Exploration — </w:t>
      </w:r>
      <w:r>
        <w:rPr>
          <w:rFonts w:ascii="Arial" w:hAnsi="Arial" w:cs="Arial"/>
          <w:b w:val="0"/>
          <w:i w:val="0"/>
          <w:sz w:val="20"/>
        </w:rPr>
        <w:t>Rent a Jeep (book months in advance — fleet is tiny) and head to the surreal Garden of the Gods rock formations, remote Shipwreck…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Lanai City &amp; Lanai Cat Sanctuary — </w:t>
      </w:r>
      <w:r>
        <w:rPr>
          <w:rFonts w:ascii="Arial" w:hAnsi="Arial" w:cs="Arial"/>
          <w:b w:val="0"/>
          <w:i w:val="0"/>
          <w:sz w:val="20"/>
        </w:rPr>
        <w:t>The historic plantation town of Lanai City clusters around Dole Park, shaded by Cook pines.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Manele Harbor to Hulopoe Beach &amp; Sweetheart Rock: </w:t>
      </w:r>
      <w:r>
        <w:rPr>
          <w:rFonts w:ascii="Arial" w:hAnsi="Arial" w:cs="Arial"/>
          <w:b w:val="0"/>
          <w:i w:val="0"/>
          <w:sz w:val="20"/>
        </w:rPr>
        <w:t>1.5 mi round trip | Easy | 30–40 min walking — From the tender pier, follow the paved coastal path west to Hulopoe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Hulopoe Tide Pool Walk: </w:t>
      </w:r>
      <w:r>
        <w:rPr>
          <w:rFonts w:ascii="Arial" w:hAnsi="Arial" w:cs="Arial"/>
          <w:b w:val="0"/>
          <w:i w:val="0"/>
          <w:sz w:val="20"/>
        </w:rPr>
        <w:t>0.5 mi | Easy | 20 min | Best at low tide — From the east end of Hulopoe Beach, rocky ledges hold large natural tide pools teeming with hermit…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cruiseports.org/lanai-island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