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Lahaina, Maui, Hawaii,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Maui's West Shore is open for business — the resort beaches of Kaanapali and Kapalua shine as brightly as ever, even as historic Lahaina town rebuilds from the 2023 wildfire.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docks at Kahului Harbor · 🕒 Typical call: 8-10 hrs · 💵 USD · 🗣️ English / Hawaiian · 🔥 Lahaina town rebuilding post-2023 wildfire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Kahului Harbor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Kahului port is not walkable to attractions; West Maui (Kaanapali) is ~27 miles/45–60 min by car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whale watching (Dec–Apr), golf, resort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Kaanapali Beach, snorkeling at Kapalua Bay, Molokini Crater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$12–$20 — Local taxis (e.g. West Maui Taxi) are available for point-to-point trips around West Maui. Useful if rideshare availabil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Molokini Crater Snorkel — </w:t>
      </w:r>
      <w:r>
        <w:rPr>
          <w:rFonts w:ascii="Arial" w:hAnsi="Arial" w:cs="Arial"/>
          <w:b w:val="0"/>
          <w:i w:val="0"/>
          <w:sz w:val="20"/>
        </w:rPr>
        <w:t>A partially submerged volcanic crater 3 miles off the south coast, with crystal-clear water and 150+ fish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(December–April) — </w:t>
      </w:r>
      <w:r>
        <w:rPr>
          <w:rFonts w:ascii="Arial" w:hAnsi="Arial" w:cs="Arial"/>
          <w:b w:val="0"/>
          <w:i w:val="0"/>
          <w:sz w:val="20"/>
        </w:rPr>
        <w:t>The Au'au Channel between Maui, Lana'i, and Moloka'i is one of the world's best humpback whale nurseries.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Kaanapali &amp; Kapalua Beaches — </w:t>
      </w:r>
      <w:r>
        <w:rPr>
          <w:rFonts w:ascii="Arial" w:hAnsi="Arial" w:cs="Arial"/>
          <w:b w:val="0"/>
          <w:i w:val="0"/>
          <w:sz w:val="20"/>
        </w:rPr>
        <w:t>Kaanapali Beach is consistently ranked among America's best — four miles of golden sand backed by luxury resorts.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Road to Hana Drive — </w:t>
      </w:r>
      <w:r>
        <w:rPr>
          <w:rFonts w:ascii="Arial" w:hAnsi="Arial" w:cs="Arial"/>
          <w:b w:val="0"/>
          <w:i w:val="0"/>
          <w:sz w:val="20"/>
        </w:rPr>
        <w:t>Hawaii's most scenic road: 64 miles of rainforest, waterfalls, black-sand beaches, and bamboo groves winding along Maui's rugged…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Haleakala Sunrise or Summit — </w:t>
      </w:r>
      <w:r>
        <w:rPr>
          <w:rFonts w:ascii="Arial" w:hAnsi="Arial" w:cs="Arial"/>
          <w:b w:val="0"/>
          <w:i w:val="0"/>
          <w:sz w:val="20"/>
        </w:rPr>
        <w:t>Drive or tour to the 10,023-ft summit of Haleakala volcano for sunrise above the clouds or crater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Kaanapali Beachfront Walk: </w:t>
      </w:r>
      <w:r>
        <w:rPr>
          <w:rFonts w:ascii="Arial" w:hAnsi="Arial" w:cs="Arial"/>
          <w:b w:val="0"/>
          <w:i w:val="0"/>
          <w:sz w:val="20"/>
        </w:rPr>
        <w:t>2 miles one-way · Flat &amp; paved · Free — A paved oceanfront path runs the length of Kaanapali Beach, threading between the sand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Kapalua Coastal Trail: </w:t>
      </w:r>
      <w:r>
        <w:rPr>
          <w:rFonts w:ascii="Arial" w:hAnsi="Arial" w:cs="Arial"/>
          <w:b w:val="0"/>
          <w:i w:val="0"/>
          <w:sz w:val="20"/>
        </w:rPr>
        <w:t>1.7 miles one-way · Lava &amp; boardwalk · Free — A stunning trail from Kapalua Bay to D.T.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5:48AM–6:56PM · Jul 5:53AM–7:09PM · Sep 6:13AM–6:28PM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cruiseports.org/lahaina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Lahaina, Maui, Hawaii,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hai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Maui Ocean Center, The Aquarium of Hawaii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Ho'okipa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Maui Exposition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Baldwin Beach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Kanaha Beach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Maui Nui Botanical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PacWhale Eco-Adventures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Kahului Community Center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