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Lacepede Islands,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Four pristine coral cays rising barely above the turquoise Indian Ocean, the Lacepede Islands shelter the world's largest Brown Booby colony and Western Australia's most important green turtle nesting beaches — visited only by expedition ships and entirely off-limits to casual tourism.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Zodiac/Tender (no pier) · 🕒 Typical call: 3-5 hrs · 💵 Australian Dollar (AUD) · 🗣️ English · 🌿 Nature Reserve — no shore facilities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tender from anchorage — no pier or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Shore Access: </w:t>
      </w:r>
      <w:r>
        <w:rPr>
          <w:rFonts w:ascii="Arial" w:hAnsi="Arial" w:cs="Arial"/>
          <w:b w:val="0"/>
          <w:i w:val="0"/>
          <w:sz w:val="20"/>
        </w:rPr>
        <w:t>Usually no landing; Zodiac cruises along shoreline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seabird colonies, sea turtle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Brown Booby colony (tens of thousands) and Frigatebird aerial piracy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Brown Booby Colony Zodiac Tour — </w:t>
      </w:r>
      <w:r>
        <w:rPr>
          <w:rFonts w:ascii="Arial" w:hAnsi="Arial" w:cs="Arial"/>
          <w:b w:val="0"/>
          <w:i w:val="0"/>
          <w:sz w:val="20"/>
        </w:rPr>
        <w:t>Cruise the shallows past tens of thousands of nesting Brown Boobies covering the beach, the air, and the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 Sea Turtle Watching — </w:t>
      </w:r>
      <w:r>
        <w:rPr>
          <w:rFonts w:ascii="Arial" w:hAnsi="Arial" w:cs="Arial"/>
          <w:b w:val="0"/>
          <w:i w:val="0"/>
          <w:sz w:val="20"/>
        </w:rPr>
        <w:t>Peer into the crystal-clear lagoon waters and spot massive green turtles gliding alongside your Zodiac.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Frigatebird Aerial Piracy Show — </w:t>
      </w:r>
      <w:r>
        <w:rPr>
          <w:rFonts w:ascii="Arial" w:hAnsi="Arial" w:cs="Arial"/>
          <w:b w:val="0"/>
          <w:i w:val="0"/>
          <w:sz w:val="20"/>
        </w:rPr>
        <w:t>Watch Lesser Frigatebirds mob Boobies mid-air, forcing them to drop their catch.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Expedition Naturalist Briefing &amp; Bird ID — </w:t>
      </w:r>
      <w:r>
        <w:rPr>
          <w:rFonts w:ascii="Arial" w:hAnsi="Arial" w:cs="Arial"/>
          <w:b w:val="0"/>
          <w:i w:val="0"/>
          <w:sz w:val="20"/>
        </w:rPr>
        <w:t>Your ship's naturalists typically host deck lectures before and after the Zodiac excursion, covering the islands' ecology, bird…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Shoreline Zodiac Cruise (water-based): </w:t>
      </w:r>
      <w:r>
        <w:rPr>
          <w:rFonts w:ascii="Arial" w:hAnsi="Arial" w:cs="Arial"/>
          <w:b w:val="0"/>
          <w:i w:val="0"/>
          <w:sz w:val="20"/>
        </w:rPr>
        <w:t>2-3 hrs | Easy (seated) | Guided — The 'walk' here is a slow Zodiac circuit around the island edges and through the shallow lagoon.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6:00AM–5:42PM · Jun 6:18AM–5:25PM · Aug 6:09AM–5:42PM · Sep 5:47AM–5:46PM · Oct 5:23AM–5:51PM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water shoes. Even if a rare beach landing is permitted, it's a wet entry from the Zodiac — sandals or bare feet are uncomfortable on coral grit.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telephoto lens. You'll keep a respectful distance from the colony; a 200–300 mm zoom makes all the difference. Protect gear in a dry bag for the Zodiac…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Zero shade exists. Reef-safe sunscreen, a wide-brimmed hat with a chin strap (it gets windy), and UV sunglasses are essential for the open-water ride and…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cruiseports.org/lacepede-islands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