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Labadee, Nord, Haiti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mountain-fringed peninsula leased exclusively by Royal Caribbean, Labadee delivers turquoise coves, jungle ziplines, and all-inclusive beach days without ever leaving the resort perimeter.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💵 USD (SeaPass on-site; cash for Straw Market) · 🗣️ French / Haitian Creole · 🏖️ Private resort — Royal Caribbean exclusive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dock directly,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beaches: </w:t>
      </w:r>
      <w:r>
        <w:rPr>
          <w:rFonts w:ascii="Arial" w:hAnsi="Arial" w:cs="Arial"/>
          <w:b w:val="0"/>
          <w:i w:val="0"/>
          <w:sz w:val="20"/>
        </w:rPr>
        <w:t>3–15 min from pier; free tram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Families, beach days, adrenaline seekers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Dragon's Breath Flight Line zipline &amp; the Labadoozie cocktail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Dragon's Breath Flight Line — </w:t>
      </w:r>
      <w:r>
        <w:rPr>
          <w:rFonts w:ascii="Arial" w:hAnsi="Arial" w:cs="Arial"/>
          <w:b w:val="0"/>
          <w:i w:val="0"/>
          <w:sz w:val="20"/>
        </w:rPr>
        <w:t>The longest overwater zipline in the world: 2,600 ft at up to 50 mph from a 500-ft mountain summit straight to the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Dragon's Tail Alpine Coaster — </w:t>
      </w:r>
      <w:r>
        <w:rPr>
          <w:rFonts w:ascii="Arial" w:hAnsi="Arial" w:cs="Arial"/>
          <w:b w:val="0"/>
          <w:i w:val="0"/>
          <w:sz w:val="20"/>
        </w:rPr>
        <w:t>A gravity-powered alpine coaster winding 2,230 ft down the forested hillside, with dips, curves, and a 360° loop.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Cabana at Nellie's Beach — </w:t>
      </w:r>
      <w:r>
        <w:rPr>
          <w:rFonts w:ascii="Arial" w:hAnsi="Arial" w:cs="Arial"/>
          <w:b w:val="0"/>
          <w:i w:val="0"/>
          <w:sz w:val="20"/>
        </w:rPr>
        <w:t>Premium waterfront cabanas set along the turquoise cove at Nellie's Beach, with sun loungers, shade, floating mats, and personal…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 Safari — </w:t>
      </w:r>
      <w:r>
        <w:rPr>
          <w:rFonts w:ascii="Arial" w:hAnsi="Arial" w:cs="Arial"/>
          <w:b w:val="0"/>
          <w:i w:val="0"/>
          <w:sz w:val="20"/>
        </w:rPr>
        <w:t>Guided snorkel tour along Labadee's coral-fringed coastline, with equipment provided.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Jet Ski &amp; Watersports — </w:t>
      </w:r>
      <w:r>
        <w:rPr>
          <w:rFonts w:ascii="Arial" w:hAnsi="Arial" w:cs="Arial"/>
          <w:b w:val="0"/>
          <w:i w:val="0"/>
          <w:sz w:val="20"/>
        </w:rPr>
        <w:t>Rent jet skis, kayaks, paddle boards, or floating mats along the calmer cove beaches.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Columbus Cove Loop: </w:t>
      </w:r>
      <w:r>
        <w:rPr>
          <w:rFonts w:ascii="Arial" w:hAnsi="Arial" w:cs="Arial"/>
          <w:b w:val="0"/>
          <w:i w:val="0"/>
          <w:sz w:val="20"/>
        </w:rPr>
        <w:t>~1.5 km | Easy | 20-30 min — Walk from the pier entrance past the Dragon's Cafe buffet, through Nellie's Beach, and all the way…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Adrenaline Beach Blowhole Walk: </w:t>
      </w:r>
      <w:r>
        <w:rPr>
          <w:rFonts w:ascii="Arial" w:hAnsi="Arial" w:cs="Arial"/>
          <w:b w:val="0"/>
          <w:i w:val="0"/>
          <w:sz w:val="20"/>
        </w:rPr>
        <w:t>~0.5 km | Easy | 10-15 min — From Adrenaline Beach, follow the paved coastal path east toward the natural blowhole rock formation.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6:13AM–7:17PM · Jul 6:18AM–7:31PM · Sep 6:36AM–6:51PM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cruiseports.org/labadee-haiti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Labadee, Nord, Haiti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badee-hait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Labadee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Notre-Dame of Cap-Haitian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Haitian Cultural Tour &amp; Beach Break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