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La Spezia, Liguria,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gateway to Cinque Terre, Tuscany, and the Gulf of Poets — La Spezia punches well above its size. Whether you train into the five villages or explore the city's own waterfront, markets, and castle, this Ligurian port rewards the curious.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(Molo Garibaldi) · 🕒 Typical call: 8-10 hrs · 💵 Currency: Euro (€)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Ships dock at Molo Garibaldi; free shuttle to terminal exit — walking the port is not permitted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~20 min flat walk from terminal exit, or short taxi (≈€15); train station is 25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Cinque Terre day-trippers, Tuscany excursions, Ligurian seafood and local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Cinque Terre by train or ferry, Portovenere, or Passeggiata Morin waterfront stroll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€8–€15 — Taxis wait outside the cruise terminal. About €8–11 to La Spezia Centrale train station (7 min) and roughly €15 to the 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Cinque Terre by Train — </w:t>
      </w:r>
      <w:r>
        <w:rPr>
          <w:rFonts w:ascii="Arial" w:hAnsi="Arial" w:cs="Arial"/>
          <w:b w:val="0"/>
          <w:i w:val="0"/>
          <w:sz w:val="20"/>
        </w:rPr>
        <w:t>Hop the regional train from La Spezia Centrale to explore the five colorful clifftop villages — Riomaggiore, Manarola, Corniglia…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Pisa &amp; the Leaning Tower — </w:t>
      </w:r>
      <w:r>
        <w:rPr>
          <w:rFonts w:ascii="Arial" w:hAnsi="Arial" w:cs="Arial"/>
          <w:b w:val="0"/>
          <w:i w:val="0"/>
          <w:sz w:val="20"/>
        </w:rPr>
        <w:t>A direct train from La Spezia reaches Pisa Centrale in about 55 minutes.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Florence — Cradle of the Renaissance — </w:t>
      </w:r>
      <w:r>
        <w:rPr>
          <w:rFonts w:ascii="Arial" w:hAnsi="Arial" w:cs="Arial"/>
          <w:b w:val="0"/>
          <w:i w:val="0"/>
          <w:sz w:val="20"/>
        </w:rPr>
        <w:t>Two hours by train, Florence rewards the early riser.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Portovenere &amp; Gulf of Poets — </w:t>
      </w:r>
      <w:r>
        <w:rPr>
          <w:rFonts w:ascii="Arial" w:hAnsi="Arial" w:cs="Arial"/>
          <w:b w:val="0"/>
          <w:i w:val="0"/>
          <w:sz w:val="20"/>
        </w:rPr>
        <w:t>A short ferry or 20-minute drive south leads to Portovenere, a medieval village on the promontory with colorful houses, San…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 Spezia City &amp; Waterfront — </w:t>
      </w:r>
      <w:r>
        <w:rPr>
          <w:rFonts w:ascii="Arial" w:hAnsi="Arial" w:cs="Arial"/>
          <w:b w:val="0"/>
          <w:i w:val="0"/>
          <w:sz w:val="20"/>
        </w:rPr>
        <w:t>Skip the crowds and stay local: stroll Passeggiata Morin, visit Castello San Giorgio (14th-century fortress with archaeology…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to Old Town: </w:t>
      </w:r>
      <w:r>
        <w:rPr>
          <w:rFonts w:ascii="Arial" w:hAnsi="Arial" w:cs="Arial"/>
          <w:b w:val="0"/>
          <w:i w:val="0"/>
          <w:sz w:val="20"/>
        </w:rPr>
        <w:t>2.5 km · ~45 min · flat · easy — Exit the terminal and follow the palm-lined Passeggiata Costantino Morin along the bay, taking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Castello San Giorgio Climb: </w:t>
      </w:r>
      <w:r>
        <w:rPr>
          <w:rFonts w:ascii="Arial" w:hAnsi="Arial" w:cs="Arial"/>
          <w:b w:val="0"/>
          <w:i w:val="0"/>
          <w:sz w:val="20"/>
        </w:rPr>
        <w:t>3 km · ~1 hr · some uphill · moderate — From the city centre, follow signs uphill to the 14th-century Castello San Giorgio.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5:54AM–8:40PM · Jul 5:51AM–9:01PM · Sep 7:00AM–7:30PM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cruiseports.org/la-spezia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La Spezia, Liguria,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a-spezi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Nazionale delle Cinque Terre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Spiaggia Libera Deiva Marina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Sentiero Monterosso - Vernazza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Sentiero Azzurro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Punta Mesco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N.S. di Roverano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Oratorio Mortis et Orationis - Confraternita dei Neri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D.Ranch Horse Riding Cinque Terre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